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7BB" w:rsidRPr="00FC54A6" w:rsidRDefault="001203DE">
      <w:pPr>
        <w:spacing w:after="20"/>
        <w:jc w:val="center"/>
        <w:rPr>
          <w:sz w:val="24"/>
        </w:rPr>
      </w:pPr>
      <w:r w:rsidRPr="00FC54A6">
        <w:rPr>
          <w:b/>
          <w:sz w:val="18"/>
        </w:rPr>
        <w:t xml:space="preserve">AUTORIZZAZIONE USCITE DIDATTICHE, VISITE GUIDATE E VIAGGI DI </w:t>
      </w:r>
      <w:proofErr w:type="gramStart"/>
      <w:r w:rsidRPr="00FC54A6">
        <w:rPr>
          <w:b/>
          <w:sz w:val="18"/>
        </w:rPr>
        <w:t>ISTRUZIONE</w:t>
      </w:r>
      <w:proofErr w:type="gramEnd"/>
      <w:r w:rsidRPr="00FC54A6">
        <w:rPr>
          <w:b/>
          <w:sz w:val="18"/>
        </w:rPr>
        <w:br/>
      </w:r>
      <w:r w:rsidRPr="00FC54A6">
        <w:rPr>
          <w:i/>
          <w:sz w:val="14"/>
        </w:rPr>
        <w:t>(Ai sensi del Regolamento d'Istituto approvato con delibera n. 11 del 20/11/2025)</w:t>
      </w:r>
    </w:p>
    <w:p w:rsidR="00D227BB" w:rsidRPr="00FC54A6" w:rsidRDefault="001203DE">
      <w:pPr>
        <w:spacing w:before="40" w:after="40"/>
        <w:rPr>
          <w:sz w:val="24"/>
        </w:rPr>
      </w:pPr>
      <w:r w:rsidRPr="00FC54A6">
        <w:rPr>
          <w:b/>
          <w:sz w:val="16"/>
        </w:rPr>
        <w:t>1. DETTAGLI DELL'INIZIATIVA (a cura della scuola)</w:t>
      </w: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551"/>
        <w:gridCol w:w="8220"/>
      </w:tblGrid>
      <w:tr w:rsidR="00FC54A6" w:rsidRPr="00FC54A6">
        <w:trPr>
          <w:jc w:val="center"/>
        </w:trPr>
        <w:tc>
          <w:tcPr>
            <w:tcW w:w="2551" w:type="dxa"/>
            <w:shd w:val="clear" w:color="auto" w:fill="F7FAFC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227BB" w:rsidRPr="00FC54A6" w:rsidRDefault="001203DE">
            <w:pPr>
              <w:spacing w:after="0"/>
              <w:rPr>
                <w:sz w:val="24"/>
              </w:rPr>
            </w:pPr>
            <w:r w:rsidRPr="00FC54A6">
              <w:rPr>
                <w:b/>
                <w:sz w:val="15"/>
              </w:rPr>
              <w:t>Tipologia Attività:</w:t>
            </w:r>
          </w:p>
        </w:tc>
        <w:tc>
          <w:tcPr>
            <w:tcW w:w="8220" w:type="dxa"/>
            <w:shd w:val="clear" w:color="auto" w:fill="F7FAFC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227BB" w:rsidRPr="00FC54A6" w:rsidRDefault="001203DE">
            <w:pPr>
              <w:spacing w:after="0"/>
              <w:rPr>
                <w:sz w:val="24"/>
              </w:rPr>
            </w:pPr>
            <w:r w:rsidRPr="00FC54A6">
              <w:rPr>
                <w:sz w:val="15"/>
              </w:rPr>
              <w:t>☐ Uscita Didattica     ☐ Visita Guidata     ☐ Viaggio di Istruzione</w:t>
            </w:r>
          </w:p>
        </w:tc>
      </w:tr>
      <w:tr w:rsidR="00FC54A6" w:rsidRPr="00FC54A6">
        <w:trPr>
          <w:jc w:val="center"/>
        </w:trPr>
        <w:tc>
          <w:tcPr>
            <w:tcW w:w="255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227BB" w:rsidRPr="00FC54A6" w:rsidRDefault="001203DE">
            <w:pPr>
              <w:spacing w:after="0"/>
              <w:rPr>
                <w:sz w:val="24"/>
              </w:rPr>
            </w:pPr>
            <w:r w:rsidRPr="00FC54A6">
              <w:rPr>
                <w:b/>
                <w:sz w:val="15"/>
              </w:rPr>
              <w:t xml:space="preserve">Meta / </w:t>
            </w:r>
            <w:proofErr w:type="spellStart"/>
            <w:r w:rsidRPr="00FC54A6">
              <w:rPr>
                <w:b/>
                <w:sz w:val="15"/>
              </w:rPr>
              <w:t>Destinazione</w:t>
            </w:r>
            <w:proofErr w:type="spellEnd"/>
            <w:r w:rsidR="00983310">
              <w:rPr>
                <w:b/>
                <w:sz w:val="15"/>
              </w:rPr>
              <w:t>/ mezzo</w:t>
            </w:r>
            <w:r w:rsidRPr="00FC54A6">
              <w:rPr>
                <w:b/>
                <w:sz w:val="15"/>
              </w:rPr>
              <w:t>:</w:t>
            </w:r>
          </w:p>
        </w:tc>
        <w:tc>
          <w:tcPr>
            <w:tcW w:w="82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227BB" w:rsidRPr="00FC54A6" w:rsidRDefault="00D227BB">
            <w:pPr>
              <w:spacing w:after="0"/>
              <w:rPr>
                <w:sz w:val="24"/>
              </w:rPr>
            </w:pPr>
          </w:p>
        </w:tc>
      </w:tr>
      <w:tr w:rsidR="00FC54A6" w:rsidRPr="00FC54A6">
        <w:trPr>
          <w:jc w:val="center"/>
        </w:trPr>
        <w:tc>
          <w:tcPr>
            <w:tcW w:w="2551" w:type="dxa"/>
            <w:shd w:val="clear" w:color="auto" w:fill="F7FAFC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227BB" w:rsidRPr="00FC54A6" w:rsidRDefault="001203DE">
            <w:pPr>
              <w:spacing w:after="0"/>
              <w:rPr>
                <w:sz w:val="24"/>
              </w:rPr>
            </w:pPr>
            <w:r w:rsidRPr="00FC54A6">
              <w:rPr>
                <w:b/>
                <w:sz w:val="15"/>
              </w:rPr>
              <w:t xml:space="preserve">Data e </w:t>
            </w:r>
            <w:proofErr w:type="spellStart"/>
            <w:r w:rsidRPr="00FC54A6">
              <w:rPr>
                <w:b/>
                <w:sz w:val="15"/>
              </w:rPr>
              <w:t>Orari</w:t>
            </w:r>
            <w:proofErr w:type="spellEnd"/>
            <w:r w:rsidRPr="00FC54A6">
              <w:rPr>
                <w:b/>
                <w:sz w:val="15"/>
              </w:rPr>
              <w:t xml:space="preserve"> </w:t>
            </w:r>
            <w:proofErr w:type="spellStart"/>
            <w:r w:rsidRPr="00FC54A6">
              <w:rPr>
                <w:b/>
                <w:sz w:val="15"/>
              </w:rPr>
              <w:t>Previsti</w:t>
            </w:r>
            <w:proofErr w:type="spellEnd"/>
            <w:r w:rsidRPr="00FC54A6">
              <w:rPr>
                <w:b/>
                <w:sz w:val="15"/>
              </w:rPr>
              <w:t>:</w:t>
            </w:r>
          </w:p>
        </w:tc>
        <w:tc>
          <w:tcPr>
            <w:tcW w:w="8220" w:type="dxa"/>
            <w:shd w:val="clear" w:color="auto" w:fill="F7FAFC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227BB" w:rsidRPr="00FC54A6" w:rsidRDefault="00064D54">
            <w:pPr>
              <w:spacing w:after="0"/>
              <w:rPr>
                <w:sz w:val="24"/>
              </w:rPr>
            </w:pPr>
            <w:proofErr w:type="spellStart"/>
            <w:r w:rsidRPr="00FC54A6">
              <w:rPr>
                <w:sz w:val="15"/>
              </w:rPr>
              <w:t>Partenza</w:t>
            </w:r>
            <w:proofErr w:type="spellEnd"/>
            <w:r w:rsidRPr="00FC54A6">
              <w:rPr>
                <w:sz w:val="15"/>
              </w:rPr>
              <w:t xml:space="preserve">: </w:t>
            </w:r>
            <w:proofErr w:type="spellStart"/>
            <w:r w:rsidRPr="00FC54A6">
              <w:rPr>
                <w:sz w:val="15"/>
              </w:rPr>
              <w:t>il</w:t>
            </w:r>
            <w:proofErr w:type="spellEnd"/>
            <w:r w:rsidRPr="00FC54A6">
              <w:rPr>
                <w:sz w:val="15"/>
              </w:rPr>
              <w:t xml:space="preserve"> ___/___/____</w:t>
            </w:r>
            <w:r w:rsidR="001203DE" w:rsidRPr="00FC54A6">
              <w:rPr>
                <w:sz w:val="15"/>
              </w:rPr>
              <w:t>__ ore ___:___   |   Rientro previsto ore ___:___</w:t>
            </w:r>
          </w:p>
        </w:tc>
      </w:tr>
      <w:tr w:rsidR="00FC54A6" w:rsidRPr="00FC54A6">
        <w:trPr>
          <w:jc w:val="center"/>
        </w:trPr>
        <w:tc>
          <w:tcPr>
            <w:tcW w:w="255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227BB" w:rsidRPr="00FC54A6" w:rsidRDefault="001203DE">
            <w:pPr>
              <w:spacing w:after="0"/>
              <w:rPr>
                <w:sz w:val="24"/>
              </w:rPr>
            </w:pPr>
            <w:r w:rsidRPr="00FC54A6">
              <w:rPr>
                <w:b/>
                <w:sz w:val="15"/>
              </w:rPr>
              <w:t xml:space="preserve">Quota </w:t>
            </w:r>
            <w:proofErr w:type="spellStart"/>
            <w:r w:rsidRPr="00FC54A6">
              <w:rPr>
                <w:b/>
                <w:sz w:val="15"/>
              </w:rPr>
              <w:t>Partecipazione</w:t>
            </w:r>
            <w:proofErr w:type="spellEnd"/>
            <w:r w:rsidRPr="00FC54A6">
              <w:rPr>
                <w:b/>
                <w:sz w:val="15"/>
              </w:rPr>
              <w:t>:</w:t>
            </w:r>
          </w:p>
        </w:tc>
        <w:tc>
          <w:tcPr>
            <w:tcW w:w="82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227BB" w:rsidRPr="00FC54A6" w:rsidRDefault="001203DE">
            <w:pPr>
              <w:spacing w:after="0"/>
              <w:rPr>
                <w:sz w:val="24"/>
              </w:rPr>
            </w:pPr>
            <w:r w:rsidRPr="00FC54A6">
              <w:rPr>
                <w:sz w:val="15"/>
              </w:rPr>
              <w:t>Euro ___________________ (da versare esclusivamente tramite Pago in Rete)</w:t>
            </w:r>
          </w:p>
        </w:tc>
      </w:tr>
      <w:tr w:rsidR="00FC54A6" w:rsidRPr="00FC54A6">
        <w:trPr>
          <w:jc w:val="center"/>
        </w:trPr>
        <w:tc>
          <w:tcPr>
            <w:tcW w:w="2551" w:type="dxa"/>
            <w:shd w:val="clear" w:color="auto" w:fill="F7FAFC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227BB" w:rsidRPr="00FC54A6" w:rsidRDefault="001203DE">
            <w:pPr>
              <w:spacing w:after="0"/>
              <w:rPr>
                <w:sz w:val="24"/>
              </w:rPr>
            </w:pPr>
            <w:proofErr w:type="spellStart"/>
            <w:r w:rsidRPr="00FC54A6">
              <w:rPr>
                <w:b/>
                <w:sz w:val="15"/>
              </w:rPr>
              <w:t>Termine</w:t>
            </w:r>
            <w:proofErr w:type="spellEnd"/>
            <w:r w:rsidRPr="00FC54A6">
              <w:rPr>
                <w:b/>
                <w:sz w:val="15"/>
              </w:rPr>
              <w:t xml:space="preserve"> Ultimo </w:t>
            </w:r>
            <w:proofErr w:type="spellStart"/>
            <w:r w:rsidRPr="00FC54A6">
              <w:rPr>
                <w:b/>
                <w:sz w:val="15"/>
              </w:rPr>
              <w:t>Adesione</w:t>
            </w:r>
            <w:proofErr w:type="spellEnd"/>
            <w:r w:rsidRPr="00FC54A6">
              <w:rPr>
                <w:b/>
                <w:sz w:val="15"/>
              </w:rPr>
              <w:t>:</w:t>
            </w:r>
          </w:p>
        </w:tc>
        <w:tc>
          <w:tcPr>
            <w:tcW w:w="8220" w:type="dxa"/>
            <w:shd w:val="clear" w:color="auto" w:fill="F7FAFC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227BB" w:rsidRPr="00FC54A6" w:rsidRDefault="001203DE">
            <w:pPr>
              <w:spacing w:after="0"/>
              <w:rPr>
                <w:sz w:val="24"/>
              </w:rPr>
            </w:pPr>
            <w:r w:rsidRPr="00FC54A6">
              <w:rPr>
                <w:sz w:val="15"/>
              </w:rPr>
              <w:t>Entro e non oltre il giorno: ___/___/_______</w:t>
            </w:r>
          </w:p>
        </w:tc>
      </w:tr>
    </w:tbl>
    <w:p w:rsidR="00D227BB" w:rsidRPr="00FC54A6" w:rsidRDefault="001203DE">
      <w:pPr>
        <w:spacing w:before="60" w:after="20"/>
        <w:rPr>
          <w:sz w:val="24"/>
        </w:rPr>
      </w:pPr>
      <w:r w:rsidRPr="00FC54A6">
        <w:rPr>
          <w:b/>
          <w:sz w:val="16"/>
        </w:rPr>
        <w:t xml:space="preserve">2. DATI DELL'ALUNNO/A (a cura </w:t>
      </w:r>
      <w:proofErr w:type="gramStart"/>
      <w:r w:rsidRPr="00FC54A6">
        <w:rPr>
          <w:b/>
          <w:sz w:val="16"/>
        </w:rPr>
        <w:t>della</w:t>
      </w:r>
      <w:proofErr w:type="gramEnd"/>
      <w:r w:rsidRPr="00FC54A6">
        <w:rPr>
          <w:b/>
          <w:sz w:val="16"/>
        </w:rPr>
        <w:t xml:space="preserve"> famiglia)</w:t>
      </w:r>
    </w:p>
    <w:p w:rsidR="00D227BB" w:rsidRPr="00FC54A6" w:rsidRDefault="001203DE">
      <w:pPr>
        <w:spacing w:after="20" w:line="264" w:lineRule="auto"/>
        <w:rPr>
          <w:sz w:val="24"/>
        </w:rPr>
      </w:pPr>
      <w:r w:rsidRPr="00FC54A6">
        <w:rPr>
          <w:sz w:val="15"/>
        </w:rPr>
        <w:t>I sottoscritti ____________________________________________________________________________________</w:t>
      </w:r>
      <w:r w:rsidRPr="00FC54A6">
        <w:rPr>
          <w:sz w:val="15"/>
        </w:rPr>
        <w:br/>
        <w:t>in qualità di:   ☐ Genitori   ☐ Tutori   ☐ Affidatari dell'alunno/a:</w:t>
      </w:r>
    </w:p>
    <w:p w:rsidR="00D227BB" w:rsidRPr="00FC54A6" w:rsidRDefault="001203DE">
      <w:pPr>
        <w:spacing w:before="20" w:after="20"/>
        <w:rPr>
          <w:sz w:val="24"/>
        </w:rPr>
      </w:pPr>
      <w:proofErr w:type="spellStart"/>
      <w:r w:rsidRPr="00FC54A6">
        <w:rPr>
          <w:sz w:val="15"/>
        </w:rPr>
        <w:t>Cognome</w:t>
      </w:r>
      <w:proofErr w:type="spellEnd"/>
      <w:r w:rsidRPr="00FC54A6">
        <w:rPr>
          <w:sz w:val="15"/>
        </w:rPr>
        <w:t xml:space="preserve"> e Nome: </w:t>
      </w:r>
      <w:r w:rsidRPr="00FC54A6">
        <w:rPr>
          <w:b/>
          <w:sz w:val="15"/>
        </w:rPr>
        <w:t>_____________________________________</w:t>
      </w:r>
      <w:r w:rsidR="001679F2" w:rsidRPr="00FC54A6">
        <w:rPr>
          <w:b/>
          <w:sz w:val="15"/>
        </w:rPr>
        <w:t>_________________________________</w:t>
      </w:r>
      <w:r w:rsidRPr="00FC54A6">
        <w:rPr>
          <w:b/>
          <w:sz w:val="15"/>
        </w:rPr>
        <w:t>__</w:t>
      </w:r>
      <w:proofErr w:type="gramStart"/>
      <w:r w:rsidRPr="00FC54A6">
        <w:rPr>
          <w:b/>
          <w:sz w:val="15"/>
        </w:rPr>
        <w:t>_</w:t>
      </w:r>
      <w:r w:rsidRPr="00FC54A6">
        <w:rPr>
          <w:sz w:val="15"/>
        </w:rPr>
        <w:t xml:space="preserve">  </w:t>
      </w:r>
      <w:proofErr w:type="spellStart"/>
      <w:r w:rsidRPr="00FC54A6">
        <w:rPr>
          <w:sz w:val="15"/>
        </w:rPr>
        <w:t>Scuola</w:t>
      </w:r>
      <w:proofErr w:type="spellEnd"/>
      <w:proofErr w:type="gramEnd"/>
      <w:r w:rsidRPr="00FC54A6">
        <w:rPr>
          <w:sz w:val="15"/>
        </w:rPr>
        <w:t xml:space="preserve">:  ☐ </w:t>
      </w:r>
      <w:proofErr w:type="spellStart"/>
      <w:r w:rsidRPr="00FC54A6">
        <w:rPr>
          <w:sz w:val="15"/>
        </w:rPr>
        <w:t>Infanzia</w:t>
      </w:r>
      <w:proofErr w:type="spellEnd"/>
      <w:r w:rsidRPr="00FC54A6">
        <w:rPr>
          <w:sz w:val="15"/>
        </w:rPr>
        <w:t xml:space="preserve">   ☐ </w:t>
      </w:r>
      <w:proofErr w:type="spellStart"/>
      <w:r w:rsidRPr="00FC54A6">
        <w:rPr>
          <w:sz w:val="15"/>
        </w:rPr>
        <w:t>Primaria</w:t>
      </w:r>
      <w:proofErr w:type="spellEnd"/>
      <w:r w:rsidRPr="00FC54A6">
        <w:rPr>
          <w:sz w:val="15"/>
        </w:rPr>
        <w:t xml:space="preserve">   ☐ Sec. I Grado</w:t>
      </w:r>
    </w:p>
    <w:p w:rsidR="00D227BB" w:rsidRPr="00FC54A6" w:rsidRDefault="001203DE">
      <w:pPr>
        <w:spacing w:before="20" w:after="40"/>
        <w:rPr>
          <w:sz w:val="24"/>
        </w:rPr>
      </w:pPr>
      <w:r w:rsidRPr="00FC54A6">
        <w:rPr>
          <w:sz w:val="15"/>
        </w:rPr>
        <w:t>Plesso di: _________________________________________   Classe: ____________   Sezione: ________</w:t>
      </w:r>
    </w:p>
    <w:p w:rsidR="00D227BB" w:rsidRPr="00FC54A6" w:rsidRDefault="001203DE">
      <w:pPr>
        <w:spacing w:before="40" w:after="20"/>
        <w:rPr>
          <w:sz w:val="24"/>
        </w:rPr>
      </w:pPr>
      <w:r w:rsidRPr="00FC54A6">
        <w:rPr>
          <w:b/>
          <w:sz w:val="16"/>
        </w:rPr>
        <w:t xml:space="preserve">3. DICHIARAZIONE DI VINCOLO CONTRATTUALE ED ECONOMICO </w:t>
      </w:r>
    </w:p>
    <w:p w:rsidR="00D227BB" w:rsidRPr="00FC54A6" w:rsidRDefault="001203DE">
      <w:pPr>
        <w:spacing w:before="20" w:after="40"/>
        <w:jc w:val="both"/>
        <w:rPr>
          <w:sz w:val="24"/>
        </w:rPr>
      </w:pPr>
      <w:r w:rsidRPr="00FC54A6">
        <w:rPr>
          <w:sz w:val="14"/>
        </w:rPr>
        <w:t xml:space="preserve">L'adesione scritta alla visita e/o al viaggio, la firma </w:t>
      </w:r>
      <w:proofErr w:type="gramStart"/>
      <w:r w:rsidRPr="00FC54A6">
        <w:rPr>
          <w:sz w:val="14"/>
        </w:rPr>
        <w:t>del</w:t>
      </w:r>
      <w:proofErr w:type="gramEnd"/>
      <w:r w:rsidRPr="00FC54A6">
        <w:rPr>
          <w:sz w:val="14"/>
        </w:rPr>
        <w:t xml:space="preserve"> modulo di autorizzazione e la conseguente prenotazione dei servizi da parte della scuola costituiscono un impegno contrattuale vincolante al pagamento della quota prevista. Qualora l'alunno/a decida in seguito di non partecipare, i genitori non potranno astenersi dal pagamento delle quote relative, salvo parziale rimborso nel solo caso in cui la scuola non debba versare acconti o penali non rimborsabili ai fornitori. In caso di assenza per motivi di salute documentati da certificato medico (avente data antecedente o contemporanea alla partenza), si applicheranno le medesime condizioni di rimborso.</w:t>
      </w:r>
    </w:p>
    <w:p w:rsidR="00D227BB" w:rsidRPr="00FC54A6" w:rsidRDefault="001203DE">
      <w:pPr>
        <w:spacing w:before="20" w:after="20"/>
        <w:rPr>
          <w:sz w:val="24"/>
        </w:rPr>
      </w:pPr>
      <w:r w:rsidRPr="00FC54A6">
        <w:rPr>
          <w:b/>
          <w:sz w:val="14"/>
        </w:rPr>
        <w:t>Con la presente sottoscrizione, inoltre, i sottoscritti genitori / tutori / affidatari dichiarano di:</w:t>
      </w:r>
    </w:p>
    <w:p w:rsidR="00D227BB" w:rsidRPr="00FC54A6" w:rsidRDefault="001203DE">
      <w:pPr>
        <w:pStyle w:val="Puntoelenco"/>
        <w:spacing w:after="20" w:line="264" w:lineRule="auto"/>
        <w:jc w:val="both"/>
        <w:rPr>
          <w:sz w:val="24"/>
        </w:rPr>
      </w:pPr>
      <w:r w:rsidRPr="00FC54A6">
        <w:rPr>
          <w:sz w:val="14"/>
        </w:rPr>
        <w:t>Autorizzare formalmente l'alunno/a indicato ad aderire e partecipare all'attività programmata.</w:t>
      </w:r>
    </w:p>
    <w:p w:rsidR="00D227BB" w:rsidRPr="00FC54A6" w:rsidRDefault="001203DE">
      <w:pPr>
        <w:pStyle w:val="Puntoelenco"/>
        <w:spacing w:after="20" w:line="264" w:lineRule="auto"/>
        <w:jc w:val="both"/>
        <w:rPr>
          <w:sz w:val="24"/>
        </w:rPr>
      </w:pPr>
      <w:r w:rsidRPr="00FC54A6">
        <w:rPr>
          <w:sz w:val="14"/>
        </w:rPr>
        <w:t>Essere a conoscenza che la condotta degli alunni durante l'attività esterna è soggetta alle medesime norme e sanzioni del regolamento scolastico in sede e che l'adesione può essere revocata dalla scuola per gravi motivi disciplinari (es. note disciplinari superiori o uguali a 3).</w:t>
      </w:r>
    </w:p>
    <w:p w:rsidR="00D227BB" w:rsidRPr="00FC54A6" w:rsidRDefault="001203DE">
      <w:pPr>
        <w:pStyle w:val="Puntoelenco"/>
        <w:spacing w:after="20" w:line="264" w:lineRule="auto"/>
        <w:jc w:val="both"/>
        <w:rPr>
          <w:sz w:val="24"/>
        </w:rPr>
      </w:pPr>
      <w:r w:rsidRPr="00FC54A6">
        <w:rPr>
          <w:sz w:val="14"/>
        </w:rPr>
        <w:t>Impegnarsi a versare l'importo dovuto esclusivamente tramite Pago in Rete entro e non oltre il decimo giorno prima della partenza.</w:t>
      </w:r>
    </w:p>
    <w:p w:rsidR="00D227BB" w:rsidRPr="00FC54A6" w:rsidRDefault="001203DE">
      <w:pPr>
        <w:pStyle w:val="Puntoelenco"/>
        <w:spacing w:after="20" w:line="264" w:lineRule="auto"/>
        <w:jc w:val="both"/>
        <w:rPr>
          <w:sz w:val="24"/>
        </w:rPr>
      </w:pPr>
      <w:r w:rsidRPr="00FC54A6">
        <w:rPr>
          <w:sz w:val="14"/>
        </w:rPr>
        <w:t>Dichiarare che l'alunno/a non soffre di patologie incompatibili con l'iniziativa o, in caso contrario, di aver depositato in segreteria la documentazione medica o le indicazioni necessarie per la somministrazione di farmaci salvavita.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18"/>
        <w:gridCol w:w="3798"/>
        <w:gridCol w:w="3855"/>
      </w:tblGrid>
      <w:tr w:rsidR="00FC54A6" w:rsidRPr="00FC54A6">
        <w:trPr>
          <w:jc w:val="center"/>
        </w:trPr>
        <w:tc>
          <w:tcPr>
            <w:tcW w:w="3118" w:type="dxa"/>
          </w:tcPr>
          <w:p w:rsidR="00D227BB" w:rsidRPr="00FC54A6" w:rsidRDefault="001203DE">
            <w:pPr>
              <w:spacing w:before="80"/>
              <w:rPr>
                <w:sz w:val="24"/>
              </w:rPr>
            </w:pPr>
            <w:r w:rsidRPr="00FC54A6">
              <w:rPr>
                <w:sz w:val="15"/>
              </w:rPr>
              <w:t>Data: ______________________</w:t>
            </w:r>
          </w:p>
        </w:tc>
        <w:tc>
          <w:tcPr>
            <w:tcW w:w="3798" w:type="dxa"/>
          </w:tcPr>
          <w:p w:rsidR="00D227BB" w:rsidRPr="00FC54A6" w:rsidRDefault="001203DE">
            <w:pPr>
              <w:jc w:val="center"/>
              <w:rPr>
                <w:sz w:val="24"/>
              </w:rPr>
            </w:pPr>
            <w:r w:rsidRPr="00FC54A6">
              <w:rPr>
                <w:sz w:val="14"/>
              </w:rPr>
              <w:t>Firma del Padre / Tutore / Affidatario</w:t>
            </w:r>
            <w:r w:rsidRPr="00FC54A6">
              <w:rPr>
                <w:sz w:val="14"/>
              </w:rPr>
              <w:br/>
            </w:r>
            <w:r w:rsidRPr="00FC54A6">
              <w:rPr>
                <w:sz w:val="14"/>
              </w:rPr>
              <w:br/>
              <w:t>__________________________________</w:t>
            </w:r>
          </w:p>
        </w:tc>
        <w:tc>
          <w:tcPr>
            <w:tcW w:w="3855" w:type="dxa"/>
          </w:tcPr>
          <w:p w:rsidR="00D227BB" w:rsidRPr="00FC54A6" w:rsidRDefault="001203DE">
            <w:pPr>
              <w:jc w:val="center"/>
              <w:rPr>
                <w:sz w:val="24"/>
              </w:rPr>
            </w:pPr>
            <w:r w:rsidRPr="00FC54A6">
              <w:rPr>
                <w:sz w:val="14"/>
              </w:rPr>
              <w:t>Firma della Madre / Tutrice / Affidataria</w:t>
            </w:r>
            <w:r w:rsidRPr="00FC54A6">
              <w:rPr>
                <w:sz w:val="14"/>
              </w:rPr>
              <w:br/>
            </w:r>
            <w:r w:rsidRPr="00FC54A6">
              <w:rPr>
                <w:sz w:val="14"/>
              </w:rPr>
              <w:br/>
              <w:t>__________________________________</w:t>
            </w:r>
          </w:p>
        </w:tc>
      </w:tr>
    </w:tbl>
    <w:p w:rsidR="00D227BB" w:rsidRPr="00FC54A6" w:rsidRDefault="001203DE">
      <w:pPr>
        <w:spacing w:before="60" w:after="20" w:line="252" w:lineRule="auto"/>
        <w:jc w:val="both"/>
        <w:rPr>
          <w:sz w:val="24"/>
        </w:rPr>
      </w:pPr>
      <w:proofErr w:type="spellStart"/>
      <w:r w:rsidRPr="00FC54A6">
        <w:rPr>
          <w:b/>
          <w:sz w:val="13"/>
        </w:rPr>
        <w:t>Nota</w:t>
      </w:r>
      <w:proofErr w:type="spellEnd"/>
      <w:r w:rsidRPr="00FC54A6">
        <w:rPr>
          <w:b/>
          <w:sz w:val="13"/>
        </w:rPr>
        <w:t xml:space="preserve">: </w:t>
      </w:r>
      <w:proofErr w:type="gramStart"/>
      <w:r w:rsidRPr="00FC54A6">
        <w:rPr>
          <w:sz w:val="13"/>
        </w:rPr>
        <w:t>Il</w:t>
      </w:r>
      <w:proofErr w:type="gramEnd"/>
      <w:r w:rsidRPr="00FC54A6">
        <w:rPr>
          <w:sz w:val="13"/>
        </w:rPr>
        <w:t xml:space="preserve"> </w:t>
      </w:r>
      <w:proofErr w:type="spellStart"/>
      <w:r w:rsidRPr="00FC54A6">
        <w:rPr>
          <w:sz w:val="13"/>
        </w:rPr>
        <w:t>sottoscritto</w:t>
      </w:r>
      <w:proofErr w:type="spellEnd"/>
      <w:r w:rsidRPr="00FC54A6">
        <w:rPr>
          <w:sz w:val="13"/>
        </w:rPr>
        <w:t xml:space="preserve">, </w:t>
      </w:r>
      <w:proofErr w:type="spellStart"/>
      <w:r w:rsidRPr="00FC54A6">
        <w:rPr>
          <w:sz w:val="13"/>
        </w:rPr>
        <w:t>consapevole</w:t>
      </w:r>
      <w:proofErr w:type="spellEnd"/>
      <w:r w:rsidRPr="00FC54A6">
        <w:rPr>
          <w:sz w:val="13"/>
        </w:rPr>
        <w:t xml:space="preserve"> delle conseguenze civili e penali previste in caso di dichiarazione mendace, dichiara che l'adesione e l'autorizzazione sono espresse in conformità con le disposizioni in materia di responsabilità genitoriale e con il consenso dell'altro genitore (Artt. 316, 337-ter e 337-quater c.c.).</w:t>
      </w:r>
    </w:p>
    <w:p w:rsidR="00D227BB" w:rsidRPr="00FC54A6" w:rsidRDefault="001203DE">
      <w:pPr>
        <w:spacing w:before="40" w:after="0"/>
        <w:jc w:val="center"/>
        <w:rPr>
          <w:sz w:val="24"/>
        </w:rPr>
      </w:pPr>
      <w:r w:rsidRPr="00FC54A6">
        <w:rPr>
          <w:b/>
          <w:sz w:val="15"/>
        </w:rPr>
        <w:t>Si prega di restituire il presente modulo debitamente compilato e sottoscritto al docente coordinatore di classe entro la scadenza indicata.</w:t>
      </w:r>
    </w:p>
    <w:p w:rsidR="00064D54" w:rsidRPr="00FC54A6" w:rsidRDefault="00064D54">
      <w:pPr>
        <w:spacing w:after="20"/>
        <w:jc w:val="center"/>
        <w:rPr>
          <w:b/>
          <w:sz w:val="18"/>
        </w:rPr>
      </w:pPr>
    </w:p>
    <w:p w:rsidR="00064D54" w:rsidRPr="00FC54A6" w:rsidRDefault="00064D54">
      <w:pPr>
        <w:spacing w:after="20"/>
        <w:jc w:val="center"/>
        <w:rPr>
          <w:b/>
          <w:sz w:val="18"/>
        </w:rPr>
      </w:pPr>
    </w:p>
    <w:p w:rsidR="00D227BB" w:rsidRPr="00FC54A6" w:rsidRDefault="001203DE">
      <w:pPr>
        <w:spacing w:after="20"/>
        <w:jc w:val="center"/>
        <w:rPr>
          <w:sz w:val="24"/>
        </w:rPr>
      </w:pPr>
      <w:r w:rsidRPr="00FC54A6">
        <w:rPr>
          <w:b/>
          <w:sz w:val="18"/>
        </w:rPr>
        <w:t xml:space="preserve">AUTORIZZAZIONE USCITE DIDATTICHE, VISITE GUIDATE E VIAGGI DI </w:t>
      </w:r>
      <w:proofErr w:type="gramStart"/>
      <w:r w:rsidRPr="00FC54A6">
        <w:rPr>
          <w:b/>
          <w:sz w:val="18"/>
        </w:rPr>
        <w:t>ISTRUZIONE</w:t>
      </w:r>
      <w:proofErr w:type="gramEnd"/>
      <w:r w:rsidRPr="00FC54A6">
        <w:rPr>
          <w:b/>
          <w:sz w:val="18"/>
        </w:rPr>
        <w:br/>
      </w:r>
      <w:r w:rsidRPr="00FC54A6">
        <w:rPr>
          <w:i/>
          <w:sz w:val="14"/>
        </w:rPr>
        <w:t>(Ai sensi del Regolamento d'Istituto approvato con delibera n. 11 del 20/11/2025)</w:t>
      </w:r>
    </w:p>
    <w:p w:rsidR="00D227BB" w:rsidRPr="00FC54A6" w:rsidRDefault="001203DE">
      <w:pPr>
        <w:spacing w:before="40" w:after="40"/>
        <w:rPr>
          <w:sz w:val="24"/>
        </w:rPr>
      </w:pPr>
      <w:r w:rsidRPr="00FC54A6">
        <w:rPr>
          <w:b/>
          <w:sz w:val="16"/>
        </w:rPr>
        <w:t>1. DETTAGLI DELL'INIZIATIVA (a cura della scuola)</w:t>
      </w: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551"/>
        <w:gridCol w:w="8220"/>
      </w:tblGrid>
      <w:tr w:rsidR="00FC54A6" w:rsidRPr="00FC54A6">
        <w:trPr>
          <w:jc w:val="center"/>
        </w:trPr>
        <w:tc>
          <w:tcPr>
            <w:tcW w:w="2551" w:type="dxa"/>
            <w:shd w:val="clear" w:color="auto" w:fill="F7FAFC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227BB" w:rsidRPr="00FC54A6" w:rsidRDefault="001203DE">
            <w:pPr>
              <w:spacing w:after="0"/>
              <w:rPr>
                <w:sz w:val="24"/>
              </w:rPr>
            </w:pPr>
            <w:r w:rsidRPr="00FC54A6">
              <w:rPr>
                <w:b/>
                <w:sz w:val="15"/>
              </w:rPr>
              <w:t>Tipologia Attività:</w:t>
            </w:r>
          </w:p>
        </w:tc>
        <w:tc>
          <w:tcPr>
            <w:tcW w:w="8220" w:type="dxa"/>
            <w:shd w:val="clear" w:color="auto" w:fill="F7FAFC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227BB" w:rsidRPr="00FC54A6" w:rsidRDefault="001203DE">
            <w:pPr>
              <w:spacing w:after="0"/>
              <w:rPr>
                <w:sz w:val="24"/>
              </w:rPr>
            </w:pPr>
            <w:r w:rsidRPr="00FC54A6">
              <w:rPr>
                <w:sz w:val="15"/>
              </w:rPr>
              <w:t>☐ Uscita Didattica     ☐ Visita Guidata     ☐ Viaggio di Istruzione</w:t>
            </w:r>
          </w:p>
        </w:tc>
      </w:tr>
      <w:tr w:rsidR="00FC54A6" w:rsidRPr="00FC54A6">
        <w:trPr>
          <w:jc w:val="center"/>
        </w:trPr>
        <w:tc>
          <w:tcPr>
            <w:tcW w:w="255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227BB" w:rsidRPr="00FC54A6" w:rsidRDefault="001203DE">
            <w:pPr>
              <w:spacing w:after="0"/>
              <w:rPr>
                <w:sz w:val="24"/>
              </w:rPr>
            </w:pPr>
            <w:r w:rsidRPr="00FC54A6">
              <w:rPr>
                <w:b/>
                <w:sz w:val="15"/>
              </w:rPr>
              <w:t xml:space="preserve">Meta / </w:t>
            </w:r>
            <w:proofErr w:type="spellStart"/>
            <w:r w:rsidRPr="00FC54A6">
              <w:rPr>
                <w:b/>
                <w:sz w:val="15"/>
              </w:rPr>
              <w:t>Destinazione</w:t>
            </w:r>
            <w:proofErr w:type="spellEnd"/>
            <w:r w:rsidR="00983310">
              <w:rPr>
                <w:b/>
                <w:sz w:val="15"/>
              </w:rPr>
              <w:t xml:space="preserve">/ </w:t>
            </w:r>
            <w:bookmarkStart w:id="0" w:name="_GoBack"/>
            <w:bookmarkEnd w:id="0"/>
            <w:r w:rsidR="00983310">
              <w:rPr>
                <w:b/>
                <w:sz w:val="15"/>
              </w:rPr>
              <w:t>mezzo</w:t>
            </w:r>
            <w:r w:rsidRPr="00FC54A6">
              <w:rPr>
                <w:b/>
                <w:sz w:val="15"/>
              </w:rPr>
              <w:t>:</w:t>
            </w:r>
          </w:p>
        </w:tc>
        <w:tc>
          <w:tcPr>
            <w:tcW w:w="82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227BB" w:rsidRPr="00FC54A6" w:rsidRDefault="00D227BB">
            <w:pPr>
              <w:spacing w:after="0"/>
              <w:rPr>
                <w:sz w:val="24"/>
              </w:rPr>
            </w:pPr>
          </w:p>
        </w:tc>
      </w:tr>
      <w:tr w:rsidR="00FC54A6" w:rsidRPr="00FC54A6">
        <w:trPr>
          <w:jc w:val="center"/>
        </w:trPr>
        <w:tc>
          <w:tcPr>
            <w:tcW w:w="2551" w:type="dxa"/>
            <w:shd w:val="clear" w:color="auto" w:fill="F7FAFC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227BB" w:rsidRPr="00FC54A6" w:rsidRDefault="001203DE">
            <w:pPr>
              <w:spacing w:after="0"/>
              <w:rPr>
                <w:sz w:val="24"/>
              </w:rPr>
            </w:pPr>
            <w:r w:rsidRPr="00FC54A6">
              <w:rPr>
                <w:b/>
                <w:sz w:val="15"/>
              </w:rPr>
              <w:t xml:space="preserve">Data e </w:t>
            </w:r>
            <w:proofErr w:type="spellStart"/>
            <w:r w:rsidRPr="00FC54A6">
              <w:rPr>
                <w:b/>
                <w:sz w:val="15"/>
              </w:rPr>
              <w:t>Orari</w:t>
            </w:r>
            <w:proofErr w:type="spellEnd"/>
            <w:r w:rsidRPr="00FC54A6">
              <w:rPr>
                <w:b/>
                <w:sz w:val="15"/>
              </w:rPr>
              <w:t xml:space="preserve"> </w:t>
            </w:r>
            <w:proofErr w:type="spellStart"/>
            <w:r w:rsidRPr="00FC54A6">
              <w:rPr>
                <w:b/>
                <w:sz w:val="15"/>
              </w:rPr>
              <w:t>Previsti</w:t>
            </w:r>
            <w:proofErr w:type="spellEnd"/>
            <w:r w:rsidRPr="00FC54A6">
              <w:rPr>
                <w:b/>
                <w:sz w:val="15"/>
              </w:rPr>
              <w:t>:</w:t>
            </w:r>
          </w:p>
        </w:tc>
        <w:tc>
          <w:tcPr>
            <w:tcW w:w="8220" w:type="dxa"/>
            <w:shd w:val="clear" w:color="auto" w:fill="F7FAFC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227BB" w:rsidRPr="00FC54A6" w:rsidRDefault="001203DE">
            <w:pPr>
              <w:spacing w:after="0"/>
              <w:rPr>
                <w:sz w:val="24"/>
              </w:rPr>
            </w:pPr>
            <w:r w:rsidRPr="00FC54A6">
              <w:rPr>
                <w:sz w:val="15"/>
              </w:rPr>
              <w:t>Partenza: il ___/___/202__ ore ___:___   |   Rientro previsto ore ___:___</w:t>
            </w:r>
          </w:p>
        </w:tc>
      </w:tr>
      <w:tr w:rsidR="00FC54A6" w:rsidRPr="00FC54A6">
        <w:trPr>
          <w:jc w:val="center"/>
        </w:trPr>
        <w:tc>
          <w:tcPr>
            <w:tcW w:w="255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227BB" w:rsidRPr="00FC54A6" w:rsidRDefault="001203DE">
            <w:pPr>
              <w:spacing w:after="0"/>
              <w:rPr>
                <w:sz w:val="24"/>
              </w:rPr>
            </w:pPr>
            <w:r w:rsidRPr="00FC54A6">
              <w:rPr>
                <w:b/>
                <w:sz w:val="15"/>
              </w:rPr>
              <w:t xml:space="preserve">Quota </w:t>
            </w:r>
            <w:proofErr w:type="spellStart"/>
            <w:r w:rsidRPr="00FC54A6">
              <w:rPr>
                <w:b/>
                <w:sz w:val="15"/>
              </w:rPr>
              <w:t>Partecipazione</w:t>
            </w:r>
            <w:proofErr w:type="spellEnd"/>
            <w:r w:rsidRPr="00FC54A6">
              <w:rPr>
                <w:b/>
                <w:sz w:val="15"/>
              </w:rPr>
              <w:t>:</w:t>
            </w:r>
          </w:p>
        </w:tc>
        <w:tc>
          <w:tcPr>
            <w:tcW w:w="82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227BB" w:rsidRPr="00FC54A6" w:rsidRDefault="001203DE">
            <w:pPr>
              <w:spacing w:after="0"/>
              <w:rPr>
                <w:sz w:val="24"/>
              </w:rPr>
            </w:pPr>
            <w:r w:rsidRPr="00FC54A6">
              <w:rPr>
                <w:sz w:val="15"/>
              </w:rPr>
              <w:t>Euro ___________________ (da versare esclusivamente tramite Pago in Rete)</w:t>
            </w:r>
          </w:p>
        </w:tc>
      </w:tr>
      <w:tr w:rsidR="00FC54A6" w:rsidRPr="00FC54A6">
        <w:trPr>
          <w:jc w:val="center"/>
        </w:trPr>
        <w:tc>
          <w:tcPr>
            <w:tcW w:w="2551" w:type="dxa"/>
            <w:shd w:val="clear" w:color="auto" w:fill="F7FAFC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227BB" w:rsidRPr="00FC54A6" w:rsidRDefault="001203DE">
            <w:pPr>
              <w:spacing w:after="0"/>
              <w:rPr>
                <w:sz w:val="24"/>
              </w:rPr>
            </w:pPr>
            <w:proofErr w:type="spellStart"/>
            <w:r w:rsidRPr="00FC54A6">
              <w:rPr>
                <w:b/>
                <w:sz w:val="15"/>
              </w:rPr>
              <w:t>Termine</w:t>
            </w:r>
            <w:proofErr w:type="spellEnd"/>
            <w:r w:rsidRPr="00FC54A6">
              <w:rPr>
                <w:b/>
                <w:sz w:val="15"/>
              </w:rPr>
              <w:t xml:space="preserve"> Ultimo </w:t>
            </w:r>
            <w:proofErr w:type="spellStart"/>
            <w:r w:rsidRPr="00FC54A6">
              <w:rPr>
                <w:b/>
                <w:sz w:val="15"/>
              </w:rPr>
              <w:t>Adesione</w:t>
            </w:r>
            <w:proofErr w:type="spellEnd"/>
            <w:r w:rsidRPr="00FC54A6">
              <w:rPr>
                <w:b/>
                <w:sz w:val="15"/>
              </w:rPr>
              <w:t>:</w:t>
            </w:r>
          </w:p>
        </w:tc>
        <w:tc>
          <w:tcPr>
            <w:tcW w:w="8220" w:type="dxa"/>
            <w:shd w:val="clear" w:color="auto" w:fill="F7FAFC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227BB" w:rsidRPr="00FC54A6" w:rsidRDefault="001203DE">
            <w:pPr>
              <w:spacing w:after="0"/>
              <w:rPr>
                <w:sz w:val="24"/>
              </w:rPr>
            </w:pPr>
            <w:r w:rsidRPr="00FC54A6">
              <w:rPr>
                <w:sz w:val="15"/>
              </w:rPr>
              <w:t>Entro e non oltre il giorno: ___/___/_______</w:t>
            </w:r>
          </w:p>
        </w:tc>
      </w:tr>
    </w:tbl>
    <w:p w:rsidR="00D227BB" w:rsidRPr="00FC54A6" w:rsidRDefault="001203DE">
      <w:pPr>
        <w:spacing w:before="60" w:after="20"/>
        <w:rPr>
          <w:sz w:val="24"/>
        </w:rPr>
      </w:pPr>
      <w:r w:rsidRPr="00FC54A6">
        <w:rPr>
          <w:b/>
          <w:sz w:val="16"/>
        </w:rPr>
        <w:t xml:space="preserve">2. DATI DELL'ALUNNO/A (a cura </w:t>
      </w:r>
      <w:proofErr w:type="gramStart"/>
      <w:r w:rsidRPr="00FC54A6">
        <w:rPr>
          <w:b/>
          <w:sz w:val="16"/>
        </w:rPr>
        <w:t>della</w:t>
      </w:r>
      <w:proofErr w:type="gramEnd"/>
      <w:r w:rsidRPr="00FC54A6">
        <w:rPr>
          <w:b/>
          <w:sz w:val="16"/>
        </w:rPr>
        <w:t xml:space="preserve"> famiglia)</w:t>
      </w:r>
    </w:p>
    <w:p w:rsidR="00D227BB" w:rsidRPr="00FC54A6" w:rsidRDefault="001203DE">
      <w:pPr>
        <w:spacing w:after="20" w:line="264" w:lineRule="auto"/>
        <w:rPr>
          <w:sz w:val="24"/>
        </w:rPr>
      </w:pPr>
      <w:r w:rsidRPr="00FC54A6">
        <w:rPr>
          <w:sz w:val="15"/>
        </w:rPr>
        <w:t>I sottoscritti ____________________________________________________________________________________</w:t>
      </w:r>
      <w:r w:rsidRPr="00FC54A6">
        <w:rPr>
          <w:sz w:val="15"/>
        </w:rPr>
        <w:br/>
        <w:t>in qualità di:   ☐ Genitori   ☐ Tutori   ☐ Affidatari dell'alunno/a:</w:t>
      </w:r>
    </w:p>
    <w:p w:rsidR="00D227BB" w:rsidRPr="00FC54A6" w:rsidRDefault="001203DE">
      <w:pPr>
        <w:spacing w:before="20" w:after="20"/>
        <w:rPr>
          <w:sz w:val="24"/>
        </w:rPr>
      </w:pPr>
      <w:proofErr w:type="spellStart"/>
      <w:r w:rsidRPr="00FC54A6">
        <w:rPr>
          <w:sz w:val="15"/>
        </w:rPr>
        <w:t>Cognome</w:t>
      </w:r>
      <w:proofErr w:type="spellEnd"/>
      <w:r w:rsidRPr="00FC54A6">
        <w:rPr>
          <w:sz w:val="15"/>
        </w:rPr>
        <w:t xml:space="preserve"> e Nome: </w:t>
      </w:r>
      <w:r w:rsidRPr="00FC54A6">
        <w:rPr>
          <w:b/>
          <w:sz w:val="15"/>
        </w:rPr>
        <w:t>_____________________________</w:t>
      </w:r>
      <w:r w:rsidR="001679F2" w:rsidRPr="00FC54A6">
        <w:rPr>
          <w:b/>
          <w:sz w:val="15"/>
        </w:rPr>
        <w:t>_________________________________</w:t>
      </w:r>
      <w:r w:rsidRPr="00FC54A6">
        <w:rPr>
          <w:b/>
          <w:sz w:val="15"/>
        </w:rPr>
        <w:t>__________</w:t>
      </w:r>
      <w:proofErr w:type="gramStart"/>
      <w:r w:rsidRPr="00FC54A6">
        <w:rPr>
          <w:b/>
          <w:sz w:val="15"/>
        </w:rPr>
        <w:t>_</w:t>
      </w:r>
      <w:r w:rsidRPr="00FC54A6">
        <w:rPr>
          <w:sz w:val="15"/>
        </w:rPr>
        <w:t xml:space="preserve">  </w:t>
      </w:r>
      <w:proofErr w:type="spellStart"/>
      <w:r w:rsidRPr="00FC54A6">
        <w:rPr>
          <w:sz w:val="15"/>
        </w:rPr>
        <w:t>Scuola</w:t>
      </w:r>
      <w:proofErr w:type="spellEnd"/>
      <w:proofErr w:type="gramEnd"/>
      <w:r w:rsidRPr="00FC54A6">
        <w:rPr>
          <w:sz w:val="15"/>
        </w:rPr>
        <w:t xml:space="preserve">:  ☐ </w:t>
      </w:r>
      <w:proofErr w:type="spellStart"/>
      <w:r w:rsidRPr="00FC54A6">
        <w:rPr>
          <w:sz w:val="15"/>
        </w:rPr>
        <w:t>Infanzia</w:t>
      </w:r>
      <w:proofErr w:type="spellEnd"/>
      <w:r w:rsidRPr="00FC54A6">
        <w:rPr>
          <w:sz w:val="15"/>
        </w:rPr>
        <w:t xml:space="preserve">   ☐ </w:t>
      </w:r>
      <w:proofErr w:type="spellStart"/>
      <w:r w:rsidRPr="00FC54A6">
        <w:rPr>
          <w:sz w:val="15"/>
        </w:rPr>
        <w:t>Primaria</w:t>
      </w:r>
      <w:proofErr w:type="spellEnd"/>
      <w:r w:rsidRPr="00FC54A6">
        <w:rPr>
          <w:sz w:val="15"/>
        </w:rPr>
        <w:t xml:space="preserve">   ☐ Sec. I Grado</w:t>
      </w:r>
    </w:p>
    <w:p w:rsidR="00D227BB" w:rsidRPr="00FC54A6" w:rsidRDefault="001203DE">
      <w:pPr>
        <w:spacing w:before="20" w:after="40"/>
        <w:rPr>
          <w:sz w:val="24"/>
        </w:rPr>
      </w:pPr>
      <w:r w:rsidRPr="00FC54A6">
        <w:rPr>
          <w:sz w:val="15"/>
        </w:rPr>
        <w:t>Plesso di: _________________________________________   Classe: ____________   Sezione: ________</w:t>
      </w:r>
    </w:p>
    <w:p w:rsidR="00D227BB" w:rsidRPr="00FC54A6" w:rsidRDefault="001203DE">
      <w:pPr>
        <w:spacing w:before="40" w:after="20"/>
        <w:rPr>
          <w:sz w:val="24"/>
        </w:rPr>
      </w:pPr>
      <w:r w:rsidRPr="00FC54A6">
        <w:rPr>
          <w:b/>
          <w:sz w:val="16"/>
        </w:rPr>
        <w:t>3. DICHIARAZIONE DI VINCOLO CONTRATTUALE ED ECONOMICO</w:t>
      </w:r>
    </w:p>
    <w:p w:rsidR="00D227BB" w:rsidRPr="00FC54A6" w:rsidRDefault="001203DE">
      <w:pPr>
        <w:spacing w:before="20" w:after="40"/>
        <w:jc w:val="both"/>
        <w:rPr>
          <w:sz w:val="24"/>
        </w:rPr>
      </w:pPr>
      <w:r w:rsidRPr="00FC54A6">
        <w:rPr>
          <w:sz w:val="14"/>
        </w:rPr>
        <w:t>L'adesione scritta alla visita e/o al viaggio, la firma del modulo di autorizzazione e la conseguente prenotazione dei servizi da parte della scuola costituiscono un impegno contrattuale vincolante al pagamento della quota prevista. Qualora l'alunno/a decida in seguito di non partecipare, i genitori non potranno astenersi dal pagamento delle quote relative, salvo parziale rimborso nel solo caso in cui la scuola non debba versare acconti o penali non rimborsabili ai fornitori. In caso di assenza per motivi di salute documentati da certificato medico (avente data antecedente o contemporanea alla partenza), si applicheranno le medesime condizioni di rimborso.</w:t>
      </w:r>
    </w:p>
    <w:p w:rsidR="00D227BB" w:rsidRPr="00FC54A6" w:rsidRDefault="001203DE">
      <w:pPr>
        <w:spacing w:before="20" w:after="20"/>
        <w:rPr>
          <w:sz w:val="24"/>
        </w:rPr>
      </w:pPr>
      <w:r w:rsidRPr="00FC54A6">
        <w:rPr>
          <w:b/>
          <w:sz w:val="14"/>
        </w:rPr>
        <w:t>Con la presente sottoscrizione, inoltre, i sottoscritti genitori / tutori / affidatari dichiarano di:</w:t>
      </w:r>
    </w:p>
    <w:p w:rsidR="00D227BB" w:rsidRPr="00FC54A6" w:rsidRDefault="001203DE">
      <w:pPr>
        <w:pStyle w:val="Puntoelenco"/>
        <w:spacing w:after="20" w:line="264" w:lineRule="auto"/>
        <w:jc w:val="both"/>
        <w:rPr>
          <w:sz w:val="24"/>
        </w:rPr>
      </w:pPr>
      <w:r w:rsidRPr="00FC54A6">
        <w:rPr>
          <w:sz w:val="14"/>
        </w:rPr>
        <w:t>Autorizzare formalmente l'alunno/a indicato ad aderire e partecipare all'attività programmata.</w:t>
      </w:r>
    </w:p>
    <w:p w:rsidR="00D227BB" w:rsidRPr="00FC54A6" w:rsidRDefault="001203DE">
      <w:pPr>
        <w:pStyle w:val="Puntoelenco"/>
        <w:spacing w:after="20" w:line="264" w:lineRule="auto"/>
        <w:jc w:val="both"/>
        <w:rPr>
          <w:sz w:val="24"/>
        </w:rPr>
      </w:pPr>
      <w:r w:rsidRPr="00FC54A6">
        <w:rPr>
          <w:sz w:val="14"/>
        </w:rPr>
        <w:t>Essere a conoscenza che la condotta degli alunni durante l'attività esterna è soggetta alle medesime norme e sanzioni del regolamento scolastico in sede e che l'adesione può essere revocata dalla scuola per gravi motivi disciplinari (es. note disciplinari superiori o uguali a 3).</w:t>
      </w:r>
    </w:p>
    <w:p w:rsidR="00D227BB" w:rsidRPr="00FC54A6" w:rsidRDefault="001203DE">
      <w:pPr>
        <w:pStyle w:val="Puntoelenco"/>
        <w:spacing w:after="20" w:line="264" w:lineRule="auto"/>
        <w:jc w:val="both"/>
        <w:rPr>
          <w:sz w:val="24"/>
        </w:rPr>
      </w:pPr>
      <w:r w:rsidRPr="00FC54A6">
        <w:rPr>
          <w:sz w:val="14"/>
        </w:rPr>
        <w:t>Impegnarsi a versare l'importo dovuto esclusivamente tramite Pago in Rete entro e non oltre il decimo giorno prima della partenza.</w:t>
      </w:r>
    </w:p>
    <w:p w:rsidR="00D227BB" w:rsidRPr="00FC54A6" w:rsidRDefault="001203DE">
      <w:pPr>
        <w:pStyle w:val="Puntoelenco"/>
        <w:spacing w:after="20" w:line="264" w:lineRule="auto"/>
        <w:jc w:val="both"/>
        <w:rPr>
          <w:sz w:val="24"/>
        </w:rPr>
      </w:pPr>
      <w:r w:rsidRPr="00FC54A6">
        <w:rPr>
          <w:sz w:val="14"/>
        </w:rPr>
        <w:t>Dichiarare che l'alunno/a non soffre di patologie incompatibili con l'iniziativa o, in caso contrario, di aver depositato in segreteria la documentazione medica o le indicazioni necessarie per la somministrazione di farmaci salvavita.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18"/>
        <w:gridCol w:w="3798"/>
        <w:gridCol w:w="3855"/>
      </w:tblGrid>
      <w:tr w:rsidR="00FC54A6" w:rsidRPr="00FC54A6">
        <w:trPr>
          <w:jc w:val="center"/>
        </w:trPr>
        <w:tc>
          <w:tcPr>
            <w:tcW w:w="3118" w:type="dxa"/>
          </w:tcPr>
          <w:p w:rsidR="00D227BB" w:rsidRPr="00FC54A6" w:rsidRDefault="001203DE">
            <w:pPr>
              <w:spacing w:before="80"/>
              <w:rPr>
                <w:sz w:val="24"/>
              </w:rPr>
            </w:pPr>
            <w:r w:rsidRPr="00FC54A6">
              <w:rPr>
                <w:sz w:val="15"/>
              </w:rPr>
              <w:t>Data: ______________________</w:t>
            </w:r>
          </w:p>
        </w:tc>
        <w:tc>
          <w:tcPr>
            <w:tcW w:w="3798" w:type="dxa"/>
          </w:tcPr>
          <w:p w:rsidR="00D227BB" w:rsidRPr="00FC54A6" w:rsidRDefault="001203DE">
            <w:pPr>
              <w:jc w:val="center"/>
              <w:rPr>
                <w:sz w:val="24"/>
              </w:rPr>
            </w:pPr>
            <w:r w:rsidRPr="00FC54A6">
              <w:rPr>
                <w:sz w:val="14"/>
              </w:rPr>
              <w:t>Firma del Padre / Tutore / Affidatario</w:t>
            </w:r>
            <w:r w:rsidRPr="00FC54A6">
              <w:rPr>
                <w:sz w:val="14"/>
              </w:rPr>
              <w:br/>
            </w:r>
            <w:r w:rsidRPr="00FC54A6">
              <w:rPr>
                <w:sz w:val="14"/>
              </w:rPr>
              <w:br/>
              <w:t>__________________________________</w:t>
            </w:r>
          </w:p>
        </w:tc>
        <w:tc>
          <w:tcPr>
            <w:tcW w:w="3855" w:type="dxa"/>
          </w:tcPr>
          <w:p w:rsidR="00D227BB" w:rsidRPr="00FC54A6" w:rsidRDefault="001203DE">
            <w:pPr>
              <w:jc w:val="center"/>
              <w:rPr>
                <w:sz w:val="24"/>
              </w:rPr>
            </w:pPr>
            <w:r w:rsidRPr="00FC54A6">
              <w:rPr>
                <w:sz w:val="14"/>
              </w:rPr>
              <w:t>Firma della Madre / Tutrice / Affidataria</w:t>
            </w:r>
            <w:r w:rsidRPr="00FC54A6">
              <w:rPr>
                <w:sz w:val="14"/>
              </w:rPr>
              <w:br/>
            </w:r>
            <w:r w:rsidRPr="00FC54A6">
              <w:rPr>
                <w:sz w:val="14"/>
              </w:rPr>
              <w:br/>
              <w:t>__________________________________</w:t>
            </w:r>
          </w:p>
        </w:tc>
      </w:tr>
    </w:tbl>
    <w:p w:rsidR="00D227BB" w:rsidRPr="00FC54A6" w:rsidRDefault="001203DE">
      <w:pPr>
        <w:spacing w:before="60" w:after="20" w:line="252" w:lineRule="auto"/>
        <w:jc w:val="both"/>
        <w:rPr>
          <w:sz w:val="24"/>
        </w:rPr>
      </w:pPr>
      <w:proofErr w:type="spellStart"/>
      <w:r w:rsidRPr="00FC54A6">
        <w:rPr>
          <w:b/>
          <w:sz w:val="13"/>
        </w:rPr>
        <w:t>Nota</w:t>
      </w:r>
      <w:proofErr w:type="spellEnd"/>
      <w:r w:rsidRPr="00FC54A6">
        <w:rPr>
          <w:b/>
          <w:sz w:val="13"/>
        </w:rPr>
        <w:t xml:space="preserve">: </w:t>
      </w:r>
      <w:proofErr w:type="gramStart"/>
      <w:r w:rsidRPr="00FC54A6">
        <w:rPr>
          <w:sz w:val="13"/>
        </w:rPr>
        <w:t>Il</w:t>
      </w:r>
      <w:proofErr w:type="gramEnd"/>
      <w:r w:rsidRPr="00FC54A6">
        <w:rPr>
          <w:sz w:val="13"/>
        </w:rPr>
        <w:t xml:space="preserve"> </w:t>
      </w:r>
      <w:proofErr w:type="spellStart"/>
      <w:r w:rsidRPr="00FC54A6">
        <w:rPr>
          <w:sz w:val="13"/>
        </w:rPr>
        <w:t>sottoscritto</w:t>
      </w:r>
      <w:proofErr w:type="spellEnd"/>
      <w:r w:rsidRPr="00FC54A6">
        <w:rPr>
          <w:sz w:val="13"/>
        </w:rPr>
        <w:t xml:space="preserve">, </w:t>
      </w:r>
      <w:proofErr w:type="spellStart"/>
      <w:r w:rsidRPr="00FC54A6">
        <w:rPr>
          <w:sz w:val="13"/>
        </w:rPr>
        <w:t>consapevole</w:t>
      </w:r>
      <w:proofErr w:type="spellEnd"/>
      <w:r w:rsidRPr="00FC54A6">
        <w:rPr>
          <w:sz w:val="13"/>
        </w:rPr>
        <w:t xml:space="preserve"> delle conseguenze civili e penali previste in caso di dichiarazione mendace, dichiara che l'adesione e l'autorizzazione sono espresse in conformità con le disposizioni in materia di responsabilità genitoriale e con il consenso dell'altro genitore (Artt. 316, 337-ter e 337-quater c.c.).</w:t>
      </w:r>
    </w:p>
    <w:p w:rsidR="00D227BB" w:rsidRPr="00FC54A6" w:rsidRDefault="001203DE">
      <w:pPr>
        <w:spacing w:before="40" w:after="0"/>
        <w:jc w:val="center"/>
        <w:rPr>
          <w:sz w:val="24"/>
        </w:rPr>
      </w:pPr>
      <w:r w:rsidRPr="00FC54A6">
        <w:rPr>
          <w:b/>
          <w:sz w:val="15"/>
        </w:rPr>
        <w:t>Si prega di restituire il presente modulo debitamente compilato e sottoscritto al docente coordinatore di classe entro la scadenza indicata.</w:t>
      </w:r>
    </w:p>
    <w:sectPr w:rsidR="00D227BB" w:rsidRPr="00FC54A6" w:rsidSect="00034616">
      <w:pgSz w:w="11906" w:h="16838"/>
      <w:pgMar w:top="454" w:right="567" w:bottom="45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64D54"/>
    <w:rsid w:val="001203DE"/>
    <w:rsid w:val="0015074B"/>
    <w:rsid w:val="001679F2"/>
    <w:rsid w:val="0029639D"/>
    <w:rsid w:val="00326F90"/>
    <w:rsid w:val="00384A0D"/>
    <w:rsid w:val="00983310"/>
    <w:rsid w:val="00AA1D8D"/>
    <w:rsid w:val="00B47730"/>
    <w:rsid w:val="00CB0664"/>
    <w:rsid w:val="00CF33D5"/>
    <w:rsid w:val="00D227BB"/>
    <w:rsid w:val="00FC54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DA28EC76-6B98-45B6-A350-65F2C4F7E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rPr>
      <w:rFonts w:ascii="Arial" w:hAnsi="Ari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79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79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4B4C63E-2425-4E5A-A6B9-2073E6F96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970</Words>
  <Characters>5534</Characters>
  <Application>Microsoft Office Word</Application>
  <DocSecurity>0</DocSecurity>
  <Lines>46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6492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vicepreside 01</cp:lastModifiedBy>
  <cp:revision>8</cp:revision>
  <cp:lastPrinted>2026-10-08T07:06:00Z</cp:lastPrinted>
  <dcterms:created xsi:type="dcterms:W3CDTF">2013-12-23T23:15:00Z</dcterms:created>
  <dcterms:modified xsi:type="dcterms:W3CDTF">2026-10-08T07:06:00Z</dcterms:modified>
  <cp:category/>
</cp:coreProperties>
</file>