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F1F" w:rsidRDefault="000F3F1F">
      <w:pPr>
        <w:jc w:val="center"/>
        <w:rPr>
          <w:rFonts w:ascii="Arial" w:hAnsi="Arial"/>
          <w:b/>
          <w:color w:val="1B365D"/>
          <w:sz w:val="28"/>
        </w:rPr>
      </w:pPr>
    </w:p>
    <w:p w:rsidR="000F3F1F" w:rsidRDefault="000F3F1F" w:rsidP="000F3F1F">
      <w:pPr>
        <w:spacing w:before="93" w:line="252" w:lineRule="auto"/>
        <w:ind w:right="1141"/>
        <w:outlineLvl w:val="1"/>
        <w:rPr>
          <w:b/>
          <w:bCs/>
          <w:sz w:val="24"/>
          <w:szCs w:val="24"/>
        </w:rPr>
      </w:pPr>
    </w:p>
    <w:p w:rsidR="000F3F1F" w:rsidRDefault="000F3F1F" w:rsidP="000F3F1F">
      <w:pPr>
        <w:spacing w:before="93" w:line="252" w:lineRule="auto"/>
        <w:ind w:right="1141"/>
        <w:outlineLvl w:val="1"/>
        <w:rPr>
          <w:b/>
          <w:bCs/>
          <w:sz w:val="24"/>
          <w:szCs w:val="24"/>
        </w:rPr>
      </w:pPr>
    </w:p>
    <w:p w:rsidR="000F3F1F" w:rsidRPr="00D70494" w:rsidRDefault="000F3F1F" w:rsidP="000F3F1F">
      <w:pPr>
        <w:tabs>
          <w:tab w:val="center" w:pos="4819"/>
          <w:tab w:val="right" w:pos="9214"/>
        </w:tabs>
        <w:ind w:left="2268" w:right="2267"/>
        <w:jc w:val="center"/>
        <w:rPr>
          <w:sz w:val="32"/>
          <w:szCs w:val="32"/>
        </w:rPr>
      </w:pPr>
      <w:r w:rsidRPr="00D70494">
        <w:rPr>
          <w:noProof/>
          <w:sz w:val="32"/>
          <w:szCs w:val="32"/>
          <w:lang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08E4EE3" wp14:editId="5E751DD3">
                <wp:simplePos x="0" y="0"/>
                <wp:positionH relativeFrom="column">
                  <wp:posOffset>232410</wp:posOffset>
                </wp:positionH>
                <wp:positionV relativeFrom="paragraph">
                  <wp:posOffset>-349885</wp:posOffset>
                </wp:positionV>
                <wp:extent cx="6052819" cy="1473835"/>
                <wp:effectExtent l="0" t="0" r="5715" b="0"/>
                <wp:wrapNone/>
                <wp:docPr id="18" name="Gruppo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2819" cy="1473835"/>
                          <a:chOff x="0" y="0"/>
                          <a:chExt cx="6052819" cy="1473835"/>
                        </a:xfrm>
                      </wpg:grpSpPr>
                      <pic:pic xmlns:pic="http://schemas.openxmlformats.org/drawingml/2006/picture">
                        <pic:nvPicPr>
                          <pic:cNvPr id="66" name="Immagine 66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91024" y="809561"/>
                            <a:ext cx="1661795" cy="664274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7" name="Gruppo 17"/>
                        <wpg:cNvGrpSpPr/>
                        <wpg:grpSpPr>
                          <a:xfrm>
                            <a:off x="0" y="0"/>
                            <a:ext cx="5987515" cy="1213485"/>
                            <a:chOff x="0" y="0"/>
                            <a:chExt cx="5987515" cy="1213485"/>
                          </a:xfrm>
                        </wpg:grpSpPr>
                        <pic:pic xmlns:pic="http://schemas.openxmlformats.org/drawingml/2006/picture">
                          <pic:nvPicPr>
                            <pic:cNvPr id="15" name="Immagine 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413242" y="142875"/>
                              <a:ext cx="574273" cy="62738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" name="Immagine 1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80440" cy="121348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E4B774" id="Gruppo 18" o:spid="_x0000_s1026" style="position:absolute;margin-left:18.3pt;margin-top:-27.55pt;width:476.6pt;height:116.05pt;z-index:-251657216;mso-width-relative:margin;mso-height-relative:margin" coordsize="60528,147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66" o:spid="_x0000_s1027" type="#_x0000_t75" style="position:absolute;left:43910;top:8095;width:16618;height:6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">
                  <v:imagedata r:id="rId9" o:title=""/>
                  <v:path arrowok="t"/>
                </v:shape>
                <v:group id="Gruppo 17" o:spid="_x0000_s1028" style="position:absolute;width:59875;height:12134" coordsize="59875,12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Immagine 15" o:spid="_x0000_s1029" type="#_x0000_t75" style="position:absolute;left:54132;top:1428;width:5743;height:6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">
                    <v:imagedata r:id="rId10" o:title=""/>
                    <v:path arrowok="t"/>
                  </v:shape>
                  <v:shape id="Immagine 16" o:spid="_x0000_s1030" type="#_x0000_t75" style="position:absolute;width:9804;height:12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">
                    <v:imagedata r:id="rId11" o:title=""/>
                    <v:path arrowok="t"/>
                  </v:shape>
                </v:group>
              </v:group>
            </w:pict>
          </mc:Fallback>
        </mc:AlternateContent>
      </w:r>
      <w:proofErr w:type="spellStart"/>
      <w:r w:rsidRPr="00D70494">
        <w:rPr>
          <w:sz w:val="32"/>
          <w:szCs w:val="32"/>
        </w:rPr>
        <w:t>Istituto</w:t>
      </w:r>
      <w:proofErr w:type="spellEnd"/>
      <w:r w:rsidRPr="00D70494">
        <w:rPr>
          <w:sz w:val="32"/>
          <w:szCs w:val="32"/>
        </w:rPr>
        <w:t xml:space="preserve"> </w:t>
      </w:r>
      <w:proofErr w:type="spellStart"/>
      <w:r w:rsidRPr="00D70494">
        <w:rPr>
          <w:sz w:val="32"/>
          <w:szCs w:val="32"/>
        </w:rPr>
        <w:t>Tecnico</w:t>
      </w:r>
      <w:proofErr w:type="spellEnd"/>
      <w:r w:rsidRPr="00D70494">
        <w:rPr>
          <w:sz w:val="32"/>
          <w:szCs w:val="32"/>
        </w:rPr>
        <w:t xml:space="preserve"> </w:t>
      </w:r>
      <w:proofErr w:type="spellStart"/>
      <w:r w:rsidRPr="00D70494">
        <w:rPr>
          <w:sz w:val="32"/>
          <w:szCs w:val="32"/>
        </w:rPr>
        <w:t>Turistico</w:t>
      </w:r>
      <w:proofErr w:type="spellEnd"/>
    </w:p>
    <w:p w:rsidR="000F3F1F" w:rsidRPr="00D70494" w:rsidRDefault="000F3F1F" w:rsidP="000F3F1F">
      <w:pPr>
        <w:tabs>
          <w:tab w:val="center" w:pos="4819"/>
          <w:tab w:val="right" w:pos="9638"/>
        </w:tabs>
        <w:jc w:val="center"/>
        <w:rPr>
          <w:sz w:val="32"/>
          <w:szCs w:val="32"/>
        </w:rPr>
      </w:pPr>
      <w:proofErr w:type="spellStart"/>
      <w:r w:rsidRPr="00D70494">
        <w:rPr>
          <w:sz w:val="32"/>
          <w:szCs w:val="32"/>
        </w:rPr>
        <w:t>Liceo</w:t>
      </w:r>
      <w:proofErr w:type="spellEnd"/>
      <w:r w:rsidRPr="00D70494">
        <w:rPr>
          <w:sz w:val="32"/>
          <w:szCs w:val="32"/>
        </w:rPr>
        <w:t xml:space="preserve"> </w:t>
      </w:r>
      <w:proofErr w:type="spellStart"/>
      <w:r w:rsidRPr="00D70494">
        <w:rPr>
          <w:sz w:val="32"/>
          <w:szCs w:val="32"/>
        </w:rPr>
        <w:t>Linguistico</w:t>
      </w:r>
      <w:proofErr w:type="spellEnd"/>
    </w:p>
    <w:p w:rsidR="000F3F1F" w:rsidRPr="00D70494" w:rsidRDefault="000F3F1F" w:rsidP="000F3F1F">
      <w:pPr>
        <w:tabs>
          <w:tab w:val="center" w:pos="4819"/>
          <w:tab w:val="right" w:pos="9638"/>
        </w:tabs>
        <w:jc w:val="center"/>
        <w:rPr>
          <w:sz w:val="32"/>
          <w:szCs w:val="32"/>
        </w:rPr>
      </w:pPr>
      <w:proofErr w:type="spellStart"/>
      <w:r w:rsidRPr="00D70494">
        <w:rPr>
          <w:sz w:val="32"/>
          <w:szCs w:val="32"/>
        </w:rPr>
        <w:t>Liceo</w:t>
      </w:r>
      <w:proofErr w:type="spellEnd"/>
      <w:r w:rsidRPr="00D70494">
        <w:rPr>
          <w:sz w:val="32"/>
          <w:szCs w:val="32"/>
        </w:rPr>
        <w:t xml:space="preserve"> </w:t>
      </w:r>
      <w:proofErr w:type="spellStart"/>
      <w:r w:rsidRPr="00D70494">
        <w:rPr>
          <w:sz w:val="32"/>
          <w:szCs w:val="32"/>
        </w:rPr>
        <w:t>delle</w:t>
      </w:r>
      <w:proofErr w:type="spellEnd"/>
      <w:r w:rsidRPr="00D70494">
        <w:rPr>
          <w:sz w:val="32"/>
          <w:szCs w:val="32"/>
        </w:rPr>
        <w:t xml:space="preserve"> </w:t>
      </w:r>
      <w:proofErr w:type="spellStart"/>
      <w:r w:rsidRPr="00D70494">
        <w:rPr>
          <w:sz w:val="32"/>
          <w:szCs w:val="32"/>
        </w:rPr>
        <w:t>Scienze</w:t>
      </w:r>
      <w:proofErr w:type="spellEnd"/>
      <w:r w:rsidRPr="00D70494">
        <w:rPr>
          <w:sz w:val="32"/>
          <w:szCs w:val="32"/>
        </w:rPr>
        <w:t xml:space="preserve"> </w:t>
      </w:r>
      <w:proofErr w:type="spellStart"/>
      <w:r w:rsidRPr="00D70494">
        <w:rPr>
          <w:sz w:val="32"/>
          <w:szCs w:val="32"/>
        </w:rPr>
        <w:t>Umane</w:t>
      </w:r>
      <w:proofErr w:type="spellEnd"/>
    </w:p>
    <w:p w:rsidR="000F3F1F" w:rsidRPr="00D70494" w:rsidRDefault="000F3F1F" w:rsidP="000F3F1F">
      <w:pPr>
        <w:tabs>
          <w:tab w:val="center" w:pos="4819"/>
          <w:tab w:val="left" w:pos="8025"/>
          <w:tab w:val="right" w:pos="9638"/>
        </w:tabs>
        <w:rPr>
          <w:sz w:val="44"/>
          <w:szCs w:val="32"/>
        </w:rPr>
      </w:pPr>
      <w:r w:rsidRPr="00D70494">
        <w:rPr>
          <w:sz w:val="44"/>
          <w:szCs w:val="32"/>
        </w:rPr>
        <w:tab/>
        <w:t>“PIER PAOLO PASOLINI”</w:t>
      </w:r>
      <w:r w:rsidRPr="00D70494">
        <w:rPr>
          <w:sz w:val="44"/>
          <w:szCs w:val="32"/>
        </w:rPr>
        <w:tab/>
      </w:r>
    </w:p>
    <w:p w:rsidR="000F3F1F" w:rsidRPr="00D70494" w:rsidRDefault="000F3F1F" w:rsidP="000F3F1F">
      <w:pPr>
        <w:tabs>
          <w:tab w:val="center" w:pos="4819"/>
          <w:tab w:val="right" w:pos="9638"/>
        </w:tabs>
        <w:jc w:val="center"/>
        <w:rPr>
          <w:sz w:val="32"/>
          <w:szCs w:val="32"/>
        </w:rPr>
      </w:pPr>
      <w:r w:rsidRPr="00D70494">
        <w:t>www.itspasolini.edu.it</w:t>
      </w:r>
    </w:p>
    <w:p w:rsidR="000F3F1F" w:rsidRDefault="000F3F1F" w:rsidP="000F3F1F">
      <w:pPr>
        <w:rPr>
          <w:rFonts w:ascii="Arial" w:hAnsi="Arial"/>
          <w:b/>
          <w:color w:val="1B365D"/>
          <w:sz w:val="28"/>
        </w:rPr>
      </w:pPr>
      <w:bookmarkStart w:id="0" w:name="_GoBack"/>
      <w:bookmarkEnd w:id="0"/>
    </w:p>
    <w:p w:rsidR="00D35F96" w:rsidRDefault="000F3F1F">
      <w:pPr>
        <w:jc w:val="center"/>
      </w:pPr>
      <w:r>
        <w:rPr>
          <w:rFonts w:ascii="Arial" w:hAnsi="Arial"/>
          <w:b/>
          <w:color w:val="1B365D"/>
          <w:sz w:val="28"/>
        </w:rPr>
        <w:t>ALLEGATO A – DOMANDA DI PARTECIPAZIONE</w:t>
      </w:r>
    </w:p>
    <w:p w:rsidR="00D35F96" w:rsidRDefault="000F3F1F">
      <w:pPr>
        <w:jc w:val="right"/>
      </w:pPr>
      <w:r>
        <w:rPr>
          <w:rFonts w:ascii="Arial" w:hAnsi="Arial"/>
          <w:b/>
          <w:sz w:val="21"/>
        </w:rPr>
        <w:t>Al Dirigente Scolastico</w:t>
      </w:r>
      <w:r>
        <w:rPr>
          <w:rFonts w:ascii="Arial" w:hAnsi="Arial"/>
          <w:b/>
          <w:sz w:val="21"/>
        </w:rPr>
        <w:br/>
        <w:t>I.I.S. "Pier Paolo Pasolini" – Milano</w:t>
      </w:r>
    </w:p>
    <w:p w:rsidR="00D35F96" w:rsidRDefault="000F3F1F">
      <w:pPr>
        <w:spacing w:before="200" w:after="300"/>
      </w:pPr>
      <w:r>
        <w:rPr>
          <w:rFonts w:ascii="Arial" w:hAnsi="Arial"/>
          <w:b/>
        </w:rPr>
        <w:t xml:space="preserve">Oggetto: </w:t>
      </w:r>
      <w:r>
        <w:rPr>
          <w:rFonts w:ascii="Arial" w:hAnsi="Arial"/>
        </w:rPr>
        <w:t>Candidatura per la selezione di [  ] ESPERTO ESTERNO / [  ] TUTOR INTERNO</w:t>
      </w:r>
      <w:r>
        <w:rPr>
          <w:rFonts w:ascii="Arial" w:hAnsi="Arial"/>
        </w:rPr>
        <w:br/>
        <w:t>Progetto PON / FSE+ – Sottoazione: ESO4.5.A2.B</w:t>
      </w:r>
    </w:p>
    <w:p w:rsidR="00D35F96" w:rsidRDefault="000F3F1F">
      <w:pPr>
        <w:spacing w:after="240" w:line="312" w:lineRule="auto"/>
      </w:pPr>
      <w:r>
        <w:rPr>
          <w:rFonts w:ascii="Arial" w:hAnsi="Arial"/>
          <w:sz w:val="20"/>
        </w:rPr>
        <w:t xml:space="preserve">Il/La sottoscritto/a </w:t>
      </w:r>
      <w:r>
        <w:rPr>
          <w:rFonts w:ascii="Arial" w:hAnsi="Arial"/>
          <w:sz w:val="20"/>
        </w:rPr>
        <w:t>____________________________________________________________________</w:t>
      </w:r>
      <w:r>
        <w:rPr>
          <w:rFonts w:ascii="Arial" w:hAnsi="Arial"/>
          <w:sz w:val="20"/>
        </w:rPr>
        <w:br/>
        <w:t>Nato/a a ______________________________________ () il ______________________________</w:t>
      </w:r>
      <w:r>
        <w:rPr>
          <w:rFonts w:ascii="Arial" w:hAnsi="Arial"/>
          <w:sz w:val="20"/>
        </w:rPr>
        <w:br/>
        <w:t>Codice Fiscale _______________________________________________________________________</w:t>
      </w:r>
      <w:r>
        <w:rPr>
          <w:rFonts w:ascii="Arial" w:hAnsi="Arial"/>
          <w:sz w:val="20"/>
        </w:rPr>
        <w:br/>
        <w:t>Residente a ___</w:t>
      </w:r>
      <w:r>
        <w:rPr>
          <w:rFonts w:ascii="Arial" w:hAnsi="Arial"/>
          <w:sz w:val="20"/>
        </w:rPr>
        <w:t>_______________________________ () Cap ________ Via ___________________</w:t>
      </w:r>
      <w:r>
        <w:rPr>
          <w:rFonts w:ascii="Arial" w:hAnsi="Arial"/>
          <w:sz w:val="20"/>
        </w:rPr>
        <w:br/>
        <w:t>Recapito Telefonico ___________________________ E-mail _________________________________</w:t>
      </w:r>
      <w:r>
        <w:rPr>
          <w:rFonts w:ascii="Arial" w:hAnsi="Arial"/>
          <w:sz w:val="20"/>
        </w:rPr>
        <w:br/>
        <w:t>PEC ________________________________________________________________________________</w:t>
      </w:r>
      <w:r>
        <w:rPr>
          <w:rFonts w:ascii="Arial" w:hAnsi="Arial"/>
          <w:sz w:val="20"/>
        </w:rPr>
        <w:br/>
      </w:r>
    </w:p>
    <w:p w:rsidR="00D35F96" w:rsidRDefault="000F3F1F">
      <w:pPr>
        <w:spacing w:after="240"/>
      </w:pPr>
      <w:r>
        <w:rPr>
          <w:rFonts w:ascii="Arial" w:hAnsi="Arial"/>
          <w:b/>
        </w:rPr>
        <w:t>in qualit</w:t>
      </w:r>
      <w:r>
        <w:rPr>
          <w:rFonts w:ascii="Arial" w:hAnsi="Arial"/>
          <w:b/>
        </w:rPr>
        <w:t>à di:</w:t>
      </w:r>
      <w:r>
        <w:rPr>
          <w:rFonts w:ascii="Arial" w:hAnsi="Arial"/>
          <w:b/>
        </w:rPr>
        <w:br/>
      </w:r>
      <w:r>
        <w:rPr>
          <w:rFonts w:ascii="Arial" w:hAnsi="Arial"/>
        </w:rPr>
        <w:t xml:space="preserve">  [  ] Docente interno con contratto a tempo indeterminato/determinato presso l'I.I.S. Pasolini</w:t>
      </w:r>
      <w:r>
        <w:rPr>
          <w:rFonts w:ascii="Arial" w:hAnsi="Arial"/>
        </w:rPr>
        <w:br/>
        <w:t xml:space="preserve">  [  ] Candidato esterno all'Istituzione Scolastica</w:t>
      </w:r>
    </w:p>
    <w:p w:rsidR="00D35F96" w:rsidRDefault="000F3F1F">
      <w:pPr>
        <w:spacing w:before="200"/>
        <w:jc w:val="center"/>
      </w:pPr>
      <w:r>
        <w:rPr>
          <w:rFonts w:ascii="Arial" w:hAnsi="Arial"/>
          <w:b/>
          <w:sz w:val="24"/>
        </w:rPr>
        <w:t>CHIEDE</w:t>
      </w:r>
    </w:p>
    <w:p w:rsidR="00D35F96" w:rsidRDefault="000F3F1F">
      <w:r>
        <w:rPr>
          <w:rFonts w:ascii="Arial" w:hAnsi="Arial"/>
          <w:sz w:val="20"/>
        </w:rPr>
        <w:t>di essere ammesso/a alla procedura di selezione per il conferimento dell'incarico relativo al/a</w:t>
      </w:r>
      <w:r>
        <w:rPr>
          <w:rFonts w:ascii="Arial" w:hAnsi="Arial"/>
          <w:sz w:val="20"/>
        </w:rPr>
        <w:t>i sotto indicato/i modulo/i formativo/i:</w:t>
      </w:r>
      <w:r>
        <w:rPr>
          <w:rFonts w:ascii="Arial" w:hAnsi="Arial"/>
          <w:sz w:val="20"/>
        </w:rPr>
        <w:br/>
        <w:t>(Barrare il profilo e il modulo di interesse)</w:t>
      </w:r>
    </w:p>
    <w:tbl>
      <w:tblPr>
        <w:tblW w:w="0" w:type="auto"/>
        <w:jc w:val="center"/>
        <w:tblBorders>
          <w:top w:val="single" w:sz="6" w:space="0" w:color="1B365D"/>
          <w:bottom w:val="single" w:sz="6" w:space="0" w:color="1B365D"/>
          <w:insideH w:val="single" w:sz="6" w:space="0" w:color="1B365D"/>
        </w:tblBorders>
        <w:tblLook w:val="04A0" w:firstRow="1" w:lastRow="0" w:firstColumn="1" w:lastColumn="0" w:noHBand="0" w:noVBand="1"/>
      </w:tblPr>
      <w:tblGrid>
        <w:gridCol w:w="1728"/>
        <w:gridCol w:w="5472"/>
        <w:gridCol w:w="2592"/>
      </w:tblGrid>
      <w:tr w:rsidR="00D35F96">
        <w:trPr>
          <w:jc w:val="center"/>
        </w:trPr>
        <w:tc>
          <w:tcPr>
            <w:tcW w:w="172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35F96" w:rsidRDefault="000F3F1F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Modulo ID</w:t>
            </w:r>
          </w:p>
        </w:tc>
        <w:tc>
          <w:tcPr>
            <w:tcW w:w="547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35F96" w:rsidRDefault="000F3F1F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Titolo del Modulo</w:t>
            </w:r>
          </w:p>
        </w:tc>
        <w:tc>
          <w:tcPr>
            <w:tcW w:w="259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35F96" w:rsidRDefault="000F3F1F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Ruolo di Candidatura</w:t>
            </w:r>
          </w:p>
        </w:tc>
      </w:tr>
      <w:tr w:rsidR="00D35F96">
        <w:trPr>
          <w:jc w:val="center"/>
        </w:trPr>
        <w:tc>
          <w:tcPr>
            <w:tcW w:w="172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35F96" w:rsidRDefault="000F3F1F">
            <w:pPr>
              <w:jc w:val="center"/>
            </w:pPr>
            <w:r>
              <w:rPr>
                <w:rFonts w:ascii="Arial" w:hAnsi="Arial"/>
                <w:sz w:val="19"/>
              </w:rPr>
              <w:lastRenderedPageBreak/>
              <w:t>217730</w:t>
            </w:r>
          </w:p>
        </w:tc>
        <w:tc>
          <w:tcPr>
            <w:tcW w:w="547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35F96" w:rsidRDefault="000F3F1F">
            <w:r>
              <w:rPr>
                <w:rFonts w:ascii="Arial" w:hAnsi="Arial"/>
                <w:sz w:val="19"/>
              </w:rPr>
              <w:t xml:space="preserve">Competenze nella gestione dei gruppi classe, nella costruzione di ambienti favorevoli all’apprendimento e di </w:t>
            </w:r>
            <w:r>
              <w:rPr>
                <w:rFonts w:ascii="Arial" w:hAnsi="Arial"/>
                <w:sz w:val="19"/>
              </w:rPr>
              <w:t>relazioni positive con gli studenti</w:t>
            </w:r>
          </w:p>
        </w:tc>
        <w:tc>
          <w:tcPr>
            <w:tcW w:w="259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35F96" w:rsidRDefault="000F3F1F">
            <w:r>
              <w:rPr>
                <w:rFonts w:ascii="Arial" w:hAnsi="Arial"/>
                <w:sz w:val="19"/>
              </w:rPr>
              <w:t>[  ] Esperto Esterno</w:t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sz w:val="19"/>
              </w:rPr>
              <w:br/>
              <w:t>[  ] Tutor Interno</w:t>
            </w:r>
          </w:p>
        </w:tc>
      </w:tr>
      <w:tr w:rsidR="00D35F96">
        <w:trPr>
          <w:jc w:val="center"/>
        </w:trPr>
        <w:tc>
          <w:tcPr>
            <w:tcW w:w="172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35F96" w:rsidRDefault="000F3F1F">
            <w:pPr>
              <w:jc w:val="center"/>
            </w:pPr>
            <w:r>
              <w:rPr>
                <w:rFonts w:ascii="Arial" w:hAnsi="Arial"/>
                <w:sz w:val="19"/>
              </w:rPr>
              <w:t>224552</w:t>
            </w:r>
          </w:p>
        </w:tc>
        <w:tc>
          <w:tcPr>
            <w:tcW w:w="547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35F96" w:rsidRDefault="000F3F1F">
            <w:r>
              <w:rPr>
                <w:rFonts w:ascii="Arial" w:hAnsi="Arial"/>
                <w:sz w:val="19"/>
              </w:rPr>
              <w:t>Competenze nella didattica orientativa (Insegnare a scegliere - Le competenze p...)</w:t>
            </w:r>
          </w:p>
        </w:tc>
        <w:tc>
          <w:tcPr>
            <w:tcW w:w="25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D35F96" w:rsidRDefault="000F3F1F">
            <w:r>
              <w:rPr>
                <w:rFonts w:ascii="Arial" w:hAnsi="Arial"/>
                <w:sz w:val="19"/>
              </w:rPr>
              <w:t>[  ] Esperto Esterno</w:t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sz w:val="19"/>
              </w:rPr>
              <w:br/>
              <w:t>[  ] Tutor Interno</w:t>
            </w:r>
          </w:p>
        </w:tc>
      </w:tr>
    </w:tbl>
    <w:p w:rsidR="00D35F96" w:rsidRDefault="000F3F1F">
      <w:pPr>
        <w:spacing w:before="240" w:after="160"/>
      </w:pPr>
      <w:r>
        <w:rPr>
          <w:rFonts w:ascii="Arial" w:hAnsi="Arial"/>
          <w:sz w:val="20"/>
        </w:rPr>
        <w:t xml:space="preserve">A tal fine, valendosi delle disposizioni di </w:t>
      </w:r>
      <w:r>
        <w:rPr>
          <w:rFonts w:ascii="Arial" w:hAnsi="Arial"/>
          <w:sz w:val="20"/>
        </w:rPr>
        <w:t>cui agli artt. 46 e 47 del D.P.R. 445/2000, e consapevole delle sanzioni penali previste dall'art. 76 del medesimo D.P.R. in caso di dichiarazioni mendaci,</w:t>
      </w:r>
    </w:p>
    <w:p w:rsidR="00D35F96" w:rsidRDefault="000F3F1F">
      <w:pPr>
        <w:spacing w:before="120"/>
        <w:jc w:val="center"/>
      </w:pPr>
      <w:r>
        <w:rPr>
          <w:rFonts w:ascii="Arial" w:hAnsi="Arial"/>
          <w:b/>
          <w:sz w:val="24"/>
        </w:rPr>
        <w:t>DICHIARA</w:t>
      </w:r>
    </w:p>
    <w:p w:rsidR="00D35F96" w:rsidRDefault="000F3F1F">
      <w:pPr>
        <w:spacing w:after="80"/>
        <w:ind w:left="288"/>
      </w:pPr>
      <w:r>
        <w:rPr>
          <w:rFonts w:ascii="Arial" w:hAnsi="Arial"/>
          <w:sz w:val="20"/>
        </w:rPr>
        <w:t>1. Di aver preso visione dell'Avviso Pubblico di selezione e di accettarne incondizionatame</w:t>
      </w:r>
      <w:r>
        <w:rPr>
          <w:rFonts w:ascii="Arial" w:hAnsi="Arial"/>
          <w:sz w:val="20"/>
        </w:rPr>
        <w:t>nte i contenuti;</w:t>
      </w:r>
    </w:p>
    <w:p w:rsidR="00D35F96" w:rsidRDefault="000F3F1F">
      <w:pPr>
        <w:spacing w:after="80"/>
        <w:ind w:left="288"/>
      </w:pPr>
      <w:r>
        <w:rPr>
          <w:rFonts w:ascii="Arial" w:hAnsi="Arial"/>
          <w:sz w:val="20"/>
        </w:rPr>
        <w:t>2. Di essere in possesso della cittadinanza italiana o di uno degli Stati membri dell'Unione Europea;</w:t>
      </w:r>
    </w:p>
    <w:p w:rsidR="00D35F96" w:rsidRDefault="000F3F1F">
      <w:pPr>
        <w:spacing w:after="80"/>
        <w:ind w:left="288"/>
      </w:pPr>
      <w:r>
        <w:rPr>
          <w:rFonts w:ascii="Arial" w:hAnsi="Arial"/>
          <w:sz w:val="20"/>
        </w:rPr>
        <w:t>3. Di godere dei diritti civili e politici;</w:t>
      </w:r>
    </w:p>
    <w:p w:rsidR="00D35F96" w:rsidRDefault="000F3F1F">
      <w:pPr>
        <w:spacing w:after="80"/>
        <w:ind w:left="288"/>
      </w:pPr>
      <w:r>
        <w:rPr>
          <w:rFonts w:ascii="Arial" w:hAnsi="Arial"/>
          <w:sz w:val="20"/>
        </w:rPr>
        <w:t>4. Di non aver riportato condanne penali e di non avere procedimenti penali pendenti a propri</w:t>
      </w:r>
      <w:r>
        <w:rPr>
          <w:rFonts w:ascii="Arial" w:hAnsi="Arial"/>
          <w:sz w:val="20"/>
        </w:rPr>
        <w:t>o carico;</w:t>
      </w:r>
    </w:p>
    <w:p w:rsidR="00D35F96" w:rsidRDefault="000F3F1F">
      <w:pPr>
        <w:spacing w:after="80"/>
        <w:ind w:left="288"/>
      </w:pPr>
      <w:r>
        <w:rPr>
          <w:rFonts w:ascii="Arial" w:hAnsi="Arial"/>
          <w:sz w:val="20"/>
        </w:rPr>
        <w:t>5. Di essere in possesso del seguente Titolo di Studio: _________________________________________ conseguito presso _____________________________________ in data ____________ con votazione ______;</w:t>
      </w:r>
    </w:p>
    <w:p w:rsidR="00D35F96" w:rsidRDefault="000F3F1F">
      <w:pPr>
        <w:spacing w:after="80"/>
        <w:ind w:left="288"/>
      </w:pPr>
      <w:r>
        <w:rPr>
          <w:rFonts w:ascii="Arial" w:hAnsi="Arial"/>
          <w:sz w:val="20"/>
        </w:rPr>
        <w:t>6. Di allegare alla presente domanda:</w:t>
      </w:r>
    </w:p>
    <w:p w:rsidR="00D35F96" w:rsidRDefault="000F3F1F">
      <w:pPr>
        <w:spacing w:after="60"/>
        <w:ind w:left="720"/>
      </w:pPr>
      <w:r>
        <w:rPr>
          <w:rFonts w:ascii="Arial" w:hAnsi="Arial"/>
          <w:sz w:val="20"/>
        </w:rPr>
        <w:t>•  Curricul</w:t>
      </w:r>
      <w:r>
        <w:rPr>
          <w:rFonts w:ascii="Arial" w:hAnsi="Arial"/>
          <w:sz w:val="20"/>
        </w:rPr>
        <w:t>um Vitae in formato europeo aggiornato, datato e firmato;</w:t>
      </w:r>
    </w:p>
    <w:p w:rsidR="00D35F96" w:rsidRDefault="000F3F1F">
      <w:pPr>
        <w:spacing w:after="60"/>
        <w:ind w:left="720"/>
      </w:pPr>
      <w:r>
        <w:rPr>
          <w:rFonts w:ascii="Arial" w:hAnsi="Arial"/>
          <w:sz w:val="20"/>
        </w:rPr>
        <w:t>•  Allegato B – Scheda di Autovalutazione dei Titoli compilata e firmata;</w:t>
      </w:r>
    </w:p>
    <w:p w:rsidR="00D35F96" w:rsidRDefault="000F3F1F">
      <w:pPr>
        <w:spacing w:after="60"/>
        <w:ind w:left="720"/>
      </w:pPr>
      <w:r>
        <w:rPr>
          <w:rFonts w:ascii="Arial" w:hAnsi="Arial"/>
          <w:sz w:val="20"/>
        </w:rPr>
        <w:t>•  Copia fotostatica di un documento d'identità in corso di validità.</w:t>
      </w:r>
    </w:p>
    <w:p w:rsidR="00D35F96" w:rsidRDefault="000F3F1F">
      <w:pPr>
        <w:spacing w:before="600"/>
      </w:pPr>
      <w:r>
        <w:rPr>
          <w:rFonts w:ascii="Arial" w:hAnsi="Arial"/>
          <w:sz w:val="20"/>
        </w:rPr>
        <w:t xml:space="preserve">Luogo e Data ______________________                   </w:t>
      </w:r>
      <w:r>
        <w:rPr>
          <w:rFonts w:ascii="Arial" w:hAnsi="Arial"/>
          <w:sz w:val="20"/>
        </w:rPr>
        <w:t xml:space="preserve">                 Firma ___________________________________</w:t>
      </w:r>
    </w:p>
    <w:sectPr w:rsidR="00D35F96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F3F1F"/>
    <w:rsid w:val="0015074B"/>
    <w:rsid w:val="0029639D"/>
    <w:rsid w:val="00326F90"/>
    <w:rsid w:val="00AA1D8D"/>
    <w:rsid w:val="00B47730"/>
    <w:rsid w:val="00CB0664"/>
    <w:rsid w:val="00D35F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6FC611"/>
  <w14:defaultImageDpi w14:val="300"/>
  <w15:docId w15:val="{FEFE8D05-9DC4-4954-ACD6-6437E4CB2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0B1045-514E-43C2-9576-CFBEB5DFA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2026-10-09T11:36:00Z</dcterms:created>
  <dcterms:modified xsi:type="dcterms:W3CDTF">2026-10-09T11:36:00Z</dcterms:modified>
  <cp:category/>
</cp:coreProperties>
</file>