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8DD" w:rsidRPr="001118DD" w:rsidRDefault="001118DD" w:rsidP="001118DD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:rsidR="001118DD" w:rsidRPr="001118DD" w:rsidRDefault="001118DD" w:rsidP="001118DD">
      <w:pPr>
        <w:widowControl w:val="0"/>
        <w:autoSpaceDE w:val="0"/>
        <w:autoSpaceDN w:val="0"/>
        <w:spacing w:before="93" w:after="0" w:line="252" w:lineRule="auto"/>
        <w:ind w:right="1141"/>
        <w:outlineLvl w:val="1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:rsidR="001118DD" w:rsidRPr="001118DD" w:rsidRDefault="001118DD" w:rsidP="001118DD">
      <w:pPr>
        <w:widowControl w:val="0"/>
        <w:tabs>
          <w:tab w:val="center" w:pos="4819"/>
          <w:tab w:val="right" w:pos="9214"/>
        </w:tabs>
        <w:autoSpaceDE w:val="0"/>
        <w:autoSpaceDN w:val="0"/>
        <w:spacing w:after="0" w:line="240" w:lineRule="auto"/>
        <w:ind w:left="2268" w:right="2267"/>
        <w:jc w:val="center"/>
        <w:rPr>
          <w:rFonts w:ascii="Arial" w:eastAsia="Arial" w:hAnsi="Arial" w:cs="Arial"/>
          <w:sz w:val="32"/>
          <w:szCs w:val="32"/>
          <w:lang w:val="it-IT"/>
        </w:rPr>
      </w:pPr>
      <w:r w:rsidRPr="001118DD">
        <w:rPr>
          <w:rFonts w:ascii="Arial" w:eastAsia="Arial" w:hAnsi="Arial" w:cs="Arial"/>
          <w:noProof/>
          <w:sz w:val="32"/>
          <w:szCs w:val="32"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8E4EE3" wp14:editId="5E751DD3">
                <wp:simplePos x="0" y="0"/>
                <wp:positionH relativeFrom="column">
                  <wp:posOffset>232410</wp:posOffset>
                </wp:positionH>
                <wp:positionV relativeFrom="paragraph">
                  <wp:posOffset>-349885</wp:posOffset>
                </wp:positionV>
                <wp:extent cx="6052819" cy="1473835"/>
                <wp:effectExtent l="0" t="0" r="5715" b="0"/>
                <wp:wrapNone/>
                <wp:docPr id="18" name="Grup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819" cy="1473835"/>
                          <a:chOff x="0" y="0"/>
                          <a:chExt cx="6052819" cy="1473835"/>
                        </a:xfrm>
                      </wpg:grpSpPr>
                      <pic:pic xmlns:pic="http://schemas.openxmlformats.org/drawingml/2006/picture">
                        <pic:nvPicPr>
                          <pic:cNvPr id="66" name="Immagine 6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91024" y="809561"/>
                            <a:ext cx="1661795" cy="66427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" name="Gruppo 17"/>
                        <wpg:cNvGrpSpPr/>
                        <wpg:grpSpPr>
                          <a:xfrm>
                            <a:off x="0" y="0"/>
                            <a:ext cx="5987515" cy="1213485"/>
                            <a:chOff x="0" y="0"/>
                            <a:chExt cx="5987515" cy="1213485"/>
                          </a:xfrm>
                        </wpg:grpSpPr>
                        <pic:pic xmlns:pic="http://schemas.openxmlformats.org/drawingml/2006/picture">
                          <pic:nvPicPr>
                            <pic:cNvPr id="15" name="Immagin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13242" y="142875"/>
                              <a:ext cx="574273" cy="6273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Immagin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80440" cy="12134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EB1EF6" id="Gruppo 18" o:spid="_x0000_s1026" style="position:absolute;margin-left:18.3pt;margin-top:-27.55pt;width:476.6pt;height:116.05pt;z-index:-251657216;mso-width-relative:margin;mso-height-relative:margin" coordsize="60528,14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6" o:spid="_x0000_s1027" type="#_x0000_t75" style="position:absolute;left:43910;top:8095;width:16618;height:6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">
                  <v:imagedata r:id="rId9" o:title=""/>
                  <v:path arrowok="t"/>
                </v:shape>
                <v:group id="Gruppo 17" o:spid="_x0000_s1028" style="position:absolute;width:59875;height:12134" coordsize="59875,1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Immagine 15" o:spid="_x0000_s1029" type="#_x0000_t75" style="position:absolute;left:54132;top:1428;width:5743;height:6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">
                    <v:imagedata r:id="rId10" o:title=""/>
                    <v:path arrowok="t"/>
                  </v:shape>
                  <v:shape id="Immagine 16" o:spid="_x0000_s1030" type="#_x0000_t75" style="position:absolute;width:9804;height:1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">
                    <v:imagedata r:id="rId11" o:title=""/>
                    <v:path arrowok="t"/>
                  </v:shape>
                </v:group>
              </v:group>
            </w:pict>
          </mc:Fallback>
        </mc:AlternateContent>
      </w:r>
      <w:r w:rsidRPr="001118DD">
        <w:rPr>
          <w:rFonts w:ascii="Arial" w:eastAsia="Arial" w:hAnsi="Arial" w:cs="Arial"/>
          <w:sz w:val="32"/>
          <w:szCs w:val="32"/>
          <w:lang w:val="it-IT"/>
        </w:rPr>
        <w:t>Istituto Tecnico Turistico</w:t>
      </w:r>
    </w:p>
    <w:p w:rsidR="001118DD" w:rsidRPr="001118DD" w:rsidRDefault="001118DD" w:rsidP="001118DD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32"/>
          <w:szCs w:val="32"/>
          <w:lang w:val="it-IT"/>
        </w:rPr>
      </w:pPr>
      <w:r w:rsidRPr="001118DD">
        <w:rPr>
          <w:rFonts w:ascii="Arial" w:eastAsia="Arial" w:hAnsi="Arial" w:cs="Arial"/>
          <w:sz w:val="32"/>
          <w:szCs w:val="32"/>
          <w:lang w:val="it-IT"/>
        </w:rPr>
        <w:t>Liceo Linguistico</w:t>
      </w:r>
    </w:p>
    <w:p w:rsidR="001118DD" w:rsidRPr="001118DD" w:rsidRDefault="001118DD" w:rsidP="001118DD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32"/>
          <w:szCs w:val="32"/>
          <w:lang w:val="it-IT"/>
        </w:rPr>
      </w:pPr>
      <w:r w:rsidRPr="001118DD">
        <w:rPr>
          <w:rFonts w:ascii="Arial" w:eastAsia="Arial" w:hAnsi="Arial" w:cs="Arial"/>
          <w:sz w:val="32"/>
          <w:szCs w:val="32"/>
          <w:lang w:val="it-IT"/>
        </w:rPr>
        <w:t>Liceo delle Scienze Umane</w:t>
      </w:r>
    </w:p>
    <w:p w:rsidR="001118DD" w:rsidRPr="001118DD" w:rsidRDefault="001118DD" w:rsidP="001118DD">
      <w:pPr>
        <w:widowControl w:val="0"/>
        <w:tabs>
          <w:tab w:val="center" w:pos="4819"/>
          <w:tab w:val="left" w:pos="8025"/>
          <w:tab w:val="right" w:pos="9638"/>
        </w:tabs>
        <w:autoSpaceDE w:val="0"/>
        <w:autoSpaceDN w:val="0"/>
        <w:spacing w:after="0" w:line="240" w:lineRule="auto"/>
        <w:rPr>
          <w:rFonts w:ascii="Arial" w:eastAsia="Arial" w:hAnsi="Arial" w:cs="Arial"/>
          <w:sz w:val="44"/>
          <w:szCs w:val="32"/>
          <w:lang w:val="it-IT"/>
        </w:rPr>
      </w:pPr>
      <w:r w:rsidRPr="001118DD">
        <w:rPr>
          <w:rFonts w:ascii="Arial" w:eastAsia="Arial" w:hAnsi="Arial" w:cs="Arial"/>
          <w:sz w:val="44"/>
          <w:szCs w:val="32"/>
          <w:lang w:val="it-IT"/>
        </w:rPr>
        <w:tab/>
        <w:t>“PIER PAOLO PASOLINI”</w:t>
      </w:r>
      <w:r w:rsidRPr="001118DD">
        <w:rPr>
          <w:rFonts w:ascii="Arial" w:eastAsia="Arial" w:hAnsi="Arial" w:cs="Arial"/>
          <w:sz w:val="44"/>
          <w:szCs w:val="32"/>
          <w:lang w:val="it-IT"/>
        </w:rPr>
        <w:tab/>
      </w:r>
    </w:p>
    <w:p w:rsidR="001118DD" w:rsidRPr="001118DD" w:rsidRDefault="001118DD" w:rsidP="001118DD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sz w:val="32"/>
          <w:szCs w:val="32"/>
          <w:lang w:val="it-IT"/>
        </w:rPr>
      </w:pPr>
      <w:r w:rsidRPr="001118DD">
        <w:rPr>
          <w:rFonts w:ascii="Arial" w:eastAsia="Arial" w:hAnsi="Arial" w:cs="Arial"/>
          <w:lang w:val="it-IT"/>
        </w:rPr>
        <w:t>www.itspasolini.edu.it</w:t>
      </w:r>
    </w:p>
    <w:p w:rsidR="001118DD" w:rsidRDefault="001118DD">
      <w:pPr>
        <w:jc w:val="center"/>
        <w:rPr>
          <w:rFonts w:ascii="Arial" w:hAnsi="Arial"/>
          <w:b/>
          <w:color w:val="1B365D"/>
          <w:sz w:val="28"/>
        </w:rPr>
      </w:pPr>
      <w:bookmarkStart w:id="0" w:name="_GoBack"/>
      <w:bookmarkEnd w:id="0"/>
    </w:p>
    <w:p w:rsidR="001118DD" w:rsidRDefault="001118DD">
      <w:pPr>
        <w:jc w:val="center"/>
        <w:rPr>
          <w:rFonts w:ascii="Arial" w:hAnsi="Arial"/>
          <w:b/>
          <w:color w:val="1B365D"/>
          <w:sz w:val="28"/>
        </w:rPr>
      </w:pPr>
    </w:p>
    <w:p w:rsidR="001118DD" w:rsidRDefault="001118DD">
      <w:pPr>
        <w:jc w:val="center"/>
        <w:rPr>
          <w:rFonts w:ascii="Arial" w:hAnsi="Arial"/>
          <w:b/>
          <w:color w:val="1B365D"/>
          <w:sz w:val="28"/>
        </w:rPr>
      </w:pPr>
      <w:r>
        <w:rPr>
          <w:rFonts w:ascii="Arial" w:hAnsi="Arial"/>
          <w:b/>
          <w:color w:val="1B365D"/>
          <w:sz w:val="28"/>
        </w:rPr>
        <w:t xml:space="preserve">ALLEGATO B – </w:t>
      </w:r>
    </w:p>
    <w:p w:rsidR="00C50622" w:rsidRDefault="001118DD">
      <w:pPr>
        <w:jc w:val="center"/>
      </w:pPr>
      <w:r>
        <w:rPr>
          <w:rFonts w:ascii="Arial" w:hAnsi="Arial"/>
          <w:b/>
          <w:color w:val="1B365D"/>
          <w:sz w:val="28"/>
        </w:rPr>
        <w:t>SCHEDA DI AUTOVALUTAZIONE DEI TITOLI</w:t>
      </w:r>
    </w:p>
    <w:p w:rsidR="00C50622" w:rsidRDefault="001118DD">
      <w:pPr>
        <w:spacing w:after="240"/>
      </w:pPr>
      <w:r>
        <w:rPr>
          <w:rFonts w:ascii="Arial" w:hAnsi="Arial"/>
          <w:sz w:val="20"/>
        </w:rPr>
        <w:t>Progetto PON / FSE+ – Sottoazione: ESO4.5.A2.B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  <w:t>Candidato/a: ________________________________________</w:t>
      </w:r>
      <w:r>
        <w:rPr>
          <w:rFonts w:ascii="Arial" w:hAnsi="Arial"/>
          <w:sz w:val="20"/>
        </w:rPr>
        <w:br/>
        <w:t>Profilo per cui si concorre: [  ] Esperto Esterno / [  ] Tutor Interno</w:t>
      </w:r>
      <w:r>
        <w:rPr>
          <w:rFonts w:ascii="Arial" w:hAnsi="Arial"/>
          <w:sz w:val="20"/>
        </w:rPr>
        <w:br/>
        <w:t xml:space="preserve">Modulo: </w:t>
      </w:r>
      <w:r>
        <w:rPr>
          <w:rFonts w:ascii="Arial" w:hAnsi="Arial"/>
          <w:sz w:val="20"/>
        </w:rPr>
        <w:t>_____________________________________________</w:t>
      </w:r>
    </w:p>
    <w:p w:rsidR="00C50622" w:rsidRDefault="001118DD">
      <w:pPr>
        <w:spacing w:before="280" w:after="120"/>
      </w:pPr>
      <w:r>
        <w:rPr>
          <w:rFonts w:ascii="Arial" w:hAnsi="Arial"/>
          <w:b/>
          <w:color w:val="1B365D"/>
        </w:rPr>
        <w:t>TABELLA VALUTAZIONE TITOLI PER ESPERTO ESTERNO (Max 100 Punti)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6" w:space="0" w:color="1B365D"/>
        </w:tblBorders>
        <w:tblLook w:val="04A0" w:firstRow="1" w:lastRow="0" w:firstColumn="1" w:lastColumn="0" w:noHBand="0" w:noVBand="1"/>
      </w:tblPr>
      <w:tblGrid>
        <w:gridCol w:w="840"/>
        <w:gridCol w:w="2519"/>
        <w:gridCol w:w="2950"/>
        <w:gridCol w:w="1134"/>
        <w:gridCol w:w="1199"/>
        <w:gridCol w:w="1294"/>
      </w:tblGrid>
      <w:tr w:rsidR="00C50622">
        <w:trPr>
          <w:jc w:val="center"/>
        </w:trPr>
        <w:tc>
          <w:tcPr>
            <w:tcW w:w="72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N.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Categoria Titolo</w:t>
            </w:r>
          </w:p>
        </w:tc>
        <w:tc>
          <w:tcPr>
            <w:tcW w:w="3168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Criterio di Valutazione</w:t>
            </w:r>
          </w:p>
        </w:tc>
        <w:tc>
          <w:tcPr>
            <w:tcW w:w="115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Max</w:t>
            </w:r>
          </w:p>
        </w:tc>
        <w:tc>
          <w:tcPr>
            <w:tcW w:w="115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Autovalutato</w:t>
            </w:r>
          </w:p>
        </w:tc>
        <w:tc>
          <w:tcPr>
            <w:tcW w:w="1296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Riservato alla Commissione</w:t>
            </w: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 xml:space="preserve">Titoli Culturali e </w:t>
            </w:r>
            <w:r>
              <w:rPr>
                <w:rFonts w:ascii="Arial" w:hAnsi="Arial"/>
                <w:b/>
                <w:sz w:val="17"/>
              </w:rPr>
              <w:t>Accademici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20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1.1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Laurea Magistrale/Specialistica pertinente al modulo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Da 110 e lode = 15 pt</w:t>
            </w:r>
            <w:r>
              <w:rPr>
                <w:rFonts w:ascii="Arial" w:hAnsi="Arial"/>
                <w:sz w:val="17"/>
              </w:rPr>
              <w:br/>
              <w:t>106-110 = 12 pt</w:t>
            </w:r>
            <w:r>
              <w:rPr>
                <w:rFonts w:ascii="Arial" w:hAnsi="Arial"/>
                <w:sz w:val="17"/>
              </w:rPr>
              <w:br/>
              <w:t>Fino a 105 = 10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15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1.2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Master, Dottorato o Corsi di perfezionamento coerenti con la tematica (3 pt per titolo)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Max 5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5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2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>Esperienza Professionale e Formativa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50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2.1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Esperienza di docenza/formazione rivolta a docenti/personale educativo sulle tematiche del modulo (gestione classe / didattica orientativa)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5 pt per ogni corso/modulo erogato (min. 10 ore)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30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lastRenderedPageBreak/>
              <w:t>2.2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Pubblicazioni, articoli o materiale didattico/metodologico sulle tematiche del percorso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2 pt per ciascuna pubblicazione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10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2.3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Abilitazione all'insegnamento o ruolo specifico nel campo della formazione docenti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Titolo unico = 10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10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3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>Esperienze Progetti PON / FSE+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30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3.1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Precedenti incarichi di Esperto in progetti PON/FSE/PNRR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5 pt per ogni incarico concluso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20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3.2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Utilizzo comprovato di piattaforme gestionali e didattiche ministeriali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2 pt per esperienza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10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TOTALE</w:t>
            </w:r>
          </w:p>
        </w:tc>
        <w:tc>
          <w:tcPr>
            <w:tcW w:w="259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3168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100 pt</w:t>
            </w:r>
          </w:p>
        </w:tc>
        <w:tc>
          <w:tcPr>
            <w:tcW w:w="115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</w:tbl>
    <w:p w:rsidR="00C50622" w:rsidRDefault="001118DD">
      <w:pPr>
        <w:spacing w:before="280" w:after="120"/>
      </w:pPr>
      <w:r>
        <w:rPr>
          <w:rFonts w:ascii="Arial" w:hAnsi="Arial"/>
          <w:b/>
          <w:color w:val="1B365D"/>
        </w:rPr>
        <w:t>TABELLA VALUTAZIONE TITOLI PER TUTOR INTERNO (Max 100 Punti)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6" w:space="0" w:color="1B365D"/>
        </w:tblBorders>
        <w:tblLook w:val="04A0" w:firstRow="1" w:lastRow="0" w:firstColumn="1" w:lastColumn="0" w:noHBand="0" w:noVBand="1"/>
      </w:tblPr>
      <w:tblGrid>
        <w:gridCol w:w="840"/>
        <w:gridCol w:w="2483"/>
        <w:gridCol w:w="2996"/>
        <w:gridCol w:w="1125"/>
        <w:gridCol w:w="1199"/>
        <w:gridCol w:w="1293"/>
      </w:tblGrid>
      <w:tr w:rsidR="00C50622">
        <w:trPr>
          <w:jc w:val="center"/>
        </w:trPr>
        <w:tc>
          <w:tcPr>
            <w:tcW w:w="72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N.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Categoria Titolo</w:t>
            </w:r>
          </w:p>
        </w:tc>
        <w:tc>
          <w:tcPr>
            <w:tcW w:w="3168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Criterio di Valutazione</w:t>
            </w:r>
          </w:p>
        </w:tc>
        <w:tc>
          <w:tcPr>
            <w:tcW w:w="115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Max</w:t>
            </w:r>
          </w:p>
        </w:tc>
        <w:tc>
          <w:tcPr>
            <w:tcW w:w="115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Autovalutato</w:t>
            </w:r>
          </w:p>
        </w:tc>
        <w:tc>
          <w:tcPr>
            <w:tcW w:w="1296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Punteggio Riservato alla Commissione</w:t>
            </w: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>Anzianità e Servizio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30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1.1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Anni di servizio</w:t>
            </w:r>
            <w:r>
              <w:rPr>
                <w:rFonts w:ascii="Arial" w:hAnsi="Arial"/>
                <w:sz w:val="17"/>
              </w:rPr>
              <w:t xml:space="preserve"> di ruolo presso l'I.I.S. Pasolini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3 pt per ogni anno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18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1.2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Continuità didattica/servizio nell'Istituto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2 pt per anno oltre il triennio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12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2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>Competenze Digitali e Gestionali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40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2.1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 xml:space="preserve">Precedenti esperienze come Tutor in progetti </w:t>
            </w:r>
            <w:r>
              <w:rPr>
                <w:rFonts w:ascii="Arial" w:hAnsi="Arial"/>
                <w:sz w:val="17"/>
              </w:rPr>
              <w:t>PON/FSE/PNRR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5 pt per ogni incarico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25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2.2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Certificazioni informatiche (ECDL, EIPASS, ecc.) o competenze avanzate nell'uso di piattaforme ministeriali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5 pt per certificazione/competenza attestata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15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lastRenderedPageBreak/>
              <w:t>3</w:t>
            </w:r>
          </w:p>
        </w:tc>
        <w:tc>
          <w:tcPr>
            <w:tcW w:w="259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b/>
                <w:sz w:val="17"/>
              </w:rPr>
              <w:t>Titoli Culturali e Formazione</w:t>
            </w:r>
          </w:p>
        </w:tc>
        <w:tc>
          <w:tcPr>
            <w:tcW w:w="3168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Max 30 pt</w:t>
            </w:r>
          </w:p>
        </w:tc>
        <w:tc>
          <w:tcPr>
            <w:tcW w:w="1152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E6EE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3.1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Partecipazione a corsi di formazione su gestione gruppi/didattica orientativa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3 pt per ogni corso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15 pt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3.2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Laurea Magistrale/Specialistica pertinente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r>
              <w:rPr>
                <w:rFonts w:ascii="Arial" w:hAnsi="Arial"/>
                <w:sz w:val="17"/>
              </w:rPr>
              <w:t>15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sz w:val="17"/>
              </w:rPr>
              <w:t>15 pt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  <w:tr w:rsidR="00C50622">
        <w:trPr>
          <w:jc w:val="center"/>
        </w:trPr>
        <w:tc>
          <w:tcPr>
            <w:tcW w:w="720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TOTALE</w:t>
            </w:r>
          </w:p>
        </w:tc>
        <w:tc>
          <w:tcPr>
            <w:tcW w:w="259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3168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/>
        </w:tc>
        <w:tc>
          <w:tcPr>
            <w:tcW w:w="115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1118DD"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100 pt</w:t>
            </w:r>
          </w:p>
        </w:tc>
        <w:tc>
          <w:tcPr>
            <w:tcW w:w="1152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  <w:tc>
          <w:tcPr>
            <w:tcW w:w="1296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0622" w:rsidRDefault="00C50622">
            <w:pPr>
              <w:jc w:val="center"/>
            </w:pPr>
          </w:p>
        </w:tc>
      </w:tr>
    </w:tbl>
    <w:p w:rsidR="00C50622" w:rsidRDefault="001118DD">
      <w:pPr>
        <w:spacing w:before="480"/>
      </w:pPr>
      <w:r>
        <w:rPr>
          <w:rFonts w:ascii="Arial" w:hAnsi="Arial"/>
          <w:sz w:val="20"/>
        </w:rPr>
        <w:t xml:space="preserve">Luogo e Data ______________________                            </w:t>
      </w:r>
      <w:r>
        <w:rPr>
          <w:rFonts w:ascii="Arial" w:hAnsi="Arial"/>
          <w:sz w:val="20"/>
        </w:rPr>
        <w:t xml:space="preserve">        Firma del Candidato ___________________________________</w:t>
      </w:r>
    </w:p>
    <w:sectPr w:rsidR="00C5062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18DD"/>
    <w:rsid w:val="0015074B"/>
    <w:rsid w:val="0029639D"/>
    <w:rsid w:val="00326F90"/>
    <w:rsid w:val="00AA1D8D"/>
    <w:rsid w:val="00B47730"/>
    <w:rsid w:val="00C5062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2BB6A"/>
  <w14:defaultImageDpi w14:val="300"/>
  <w15:docId w15:val="{7AE82FEA-7423-47B1-8856-950CBE80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A3CEC3-970D-4B50-AA5A-9BB6345FC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2026-10-09T11:37:00Z</dcterms:created>
  <dcterms:modified xsi:type="dcterms:W3CDTF">2026-10-09T11:37:00Z</dcterms:modified>
  <cp:category/>
</cp:coreProperties>
</file>